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污水处理厂天然气管道工程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报告编号：TMPL-20260716215509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004-2021标准，本次所检18道焊缝（2至46）中，18道评定为I级（无缺陷），结论为合格；结论均为合格。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污水处理厂宿舍燃气管道改造位于竞秀区韩北街道办，始建于1996年，户外燃气管道焊缝共计120道。现对其部分焊缝进行抽检，抽检数量道，抽检部位见附页。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污水处理厂户外燃气管道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报告编号：TMPL-20260716215509</w:t>
      </w:r>
    </w:p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tu6pbn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wjsvfv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0fxkv9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w24vp4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5r7ksn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w24vp4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7u4c3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azkk7sa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