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长城北大街184-226号院天然气管道工程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报告编号：TMPL-20260716220741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004-2021标准，本次所检81道焊缝（焊缝-171至相控阵超声图）中，81道评定为I级（无缺陷），结论为合格；结论均为合格。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长城北大街184-226号院位于莲池区中华，始建于1995/1996年，户外燃气管道焊缝共计232道。现对其部分焊缝进行抽检，抽检数量80道，抽检部位见附页。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长城北大街184-226号院户外燃气管道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81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报告编号：TMPL-20260716220741</w:t>
      </w:r>
    </w:p>
    <w:p>
      <w:r>
        <w:rPr>
          <w:b/>
          <w:sz w:val="22"/>
        </w:rPr>
        <w:t>焊缝-171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tlgtorq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tlgtorq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wwcuust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wwcuust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lifzz0j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wmwmvbu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lifzz0j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wmwmvbu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d__fink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d__fink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r3uydg3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r3uydg3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p67660r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p67660r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</w:t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32641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81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32641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