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中银二区（工行南北院）天然气管道工程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保定市住房和城乡建设局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中冀建设管理有限公司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保定新奥燃气有限公司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心地能源工程技术有限公司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报告编号：TMPL-20260716221208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004-2021标准，本次所检11道焊缝（焊缝-22至相控阵超声图）中，11道评定为I级（无缺陷），结论为合格；结论均为合格。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2026年7月16日</w:t>
      </w:r>
    </w:p>
    <w:p/>
    <w:p>
      <w:r>
        <w:rPr>
          <w:sz w:val="24"/>
        </w:rPr>
        <w:t>批准：杨欣然          审核：李冠杨          检测：孔繁奇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中银二区（工行南北院）位于竞秀区新市场街道办，始建于1999年，户外燃气管道焊缝共计60道。现对其部分焊缝进行抽检，抽检数量10道，抽检部位见附页。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受保定市住房和城乡建设局委托，对本工程采用相控阵超声检测管道焊缝质量。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NB/T 47013.15-2021《承压设备无损检测 相控阵超声检测》</w:t>
      </w:r>
    </w:p>
    <w:p>
      <w:pPr>
        <w:ind w:left="850"/>
      </w:pPr>
      <w:r>
        <w:rPr>
          <w:sz w:val="24"/>
        </w:rPr>
        <w:t>2. SY/T 6755-2024 《在役油气管道对接接头相控阵及多探头超声检测规范》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CTS-PA22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WF19011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SCQsp-1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中银二区（工行南北院）户外燃气管道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Q235B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Φ60mm-Φ150mm 壁厚4-6mm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管道外表面防锈漆完好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5639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ld_0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6392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依据NB/T 47013.15-2021《承压设备无损检测 相控阵超声检测》、SY/T 6755-2024 《在役油气管道对接接头相控阵及多探头超声检测规范》有关规定，现场采用相控阵超声检测方法对该工程燃气管道焊缝进行检测。该工程焊缝抽检数量共计11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焊缝-09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焊缝-04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焊缝-02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相控阵超声图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>检测人：孔繁奇 / PAUT-II级    审核人：李冠杨 / PAUT-III级    批准人：杨欣然 / PAUT-III级</w:t>
      </w:r>
    </w:p>
    <w:p>
      <w:r>
        <w:br w:type="page"/>
      </w:r>
    </w:p>
    <w:p>
      <w:r>
        <w:rPr>
          <w:b/>
          <w:color w:val="1A1A2E"/>
          <w:sz w:val="32"/>
        </w:rPr>
        <w:t>附  图</w:t>
      </w:r>
    </w:p>
    <w:p>
      <w:r>
        <w:rPr>
          <w:color w:val="666666"/>
          <w:sz w:val="18"/>
        </w:rPr>
        <w:t>报告编号：TMPL-20260716221208</w:t>
      </w:r>
    </w:p>
    <w:p>
      <w:r>
        <w:rPr>
          <w:b/>
          <w:sz w:val="22"/>
        </w:rPr>
        <w:t>焊缝-22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goo8k1hf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sxl52vk8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pscxa5uo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焊缝-27</w:t>
      </w:r>
    </w:p>
    <w:p/>
    <w:p>
      <w:r>
        <w:rPr>
          <w:b/>
          <w:sz w:val="22"/>
        </w:rPr>
        <w:t>焊缝-17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焊缝-09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焊缝-04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焊缝-02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相控阵超声图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6531902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tt_00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531902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