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中银二区（工行南北院）天然气管道工程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报告编号：TMPL-20260716221208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004-2021标准，本次所检11道焊缝（焊缝-22至相控阵超声图）中，11道评定为I级（无缺陷），结论为合格；结论均为合格。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中银二区（工行南北院）位于竞秀区新市场街道办，始建于1999年，户外燃气管道焊缝共计60道。现对其部分焊缝进行抽检，抽检数量10道，抽检部位见附页。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中银二区（工行南北院）户外燃气管道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报告编号：TMPL-20260716221208</w:t>
      </w:r>
    </w:p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z433xq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c_5aab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tmntjq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3190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3190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