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富昌园小区天然气管道工程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报告编号：TMPL-20260716222228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004-2021标准，本次所检223道焊缝（40至168）中，223道评定为I级（无缺陷），结论为合格；结论均为合格。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富昌园小区燃气管道改造位于竞秀区建南街道办，始建于1995年，户外燃气管道焊缝共计1771道。现对其部分焊缝进行抽检，抽检数量222道，抽检部位见附页。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富昌园小区户外燃气管道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7.jpe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223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报告编号：TMPL-20260716222228</w:t>
      </w:r>
    </w:p>
    <w:p>
      <w:r>
        <w:rPr>
          <w:b/>
          <w:sz w:val="22"/>
        </w:rPr>
        <w:t>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0z38axt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3bt_kmw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otgw_qj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otgw_qj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k7g3mw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f2zc230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k7g3mw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f2zc230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fxdnsv3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vqamosz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fxdnsv3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vqamosz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xwhvov6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xwhvov6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tlzqhvo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hq4e66v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tlzqhvo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1" name="Picture 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hq4e66v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2" name="Picture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3" name="Picture 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psfbj_v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4" name="Picture 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5" name="Picture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6" name="Picture 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7" name="Picture 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8" name="Picture 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psfbj_v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9" name="Picture 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0" name="Picture 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1" name="Picture 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2" name="Picture 9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3" name="Picture 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4" name="Picture 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5" name="Picture 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6" name="Picture 9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vfn8978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7" name="Picture 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cuqq7_h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8" name="Picture 9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9" name="Picture 9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0" name="Picture 1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1" name="Picture 1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vfn8978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2" name="Picture 1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cuqq7_h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3" name="Picture 10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4" name="Picture 1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t1mjrfm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5" name="Picture 1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6" name="Picture 10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7" name="Picture 10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8" name="Picture 10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9" name="Picture 10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t1mjrfm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0" name="Picture 1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289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1" name="Picture 1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297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2" name="Picture 1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299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3" name="Picture 1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4" name="Picture 1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5" name="Picture 1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byf_wb7.pn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6" name="Picture 1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kkuau5w.pn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7" name="Picture 1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wv94mfy.pn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8" name="Picture 1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9" name="Picture 1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0" name="Picture 1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byf_wb7.pn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1" name="Picture 1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kkuau5w.pn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2" name="Picture 1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wv94mfy.pn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3" name="Picture 1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4" name="Picture 1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pmf48sl.pn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256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5" name="Picture 1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6" name="Picture 1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y5e1wcu.pn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7" name="Picture 1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8" name="Picture 1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9" name="Picture 1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pmf48sl.pn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0" name="Picture 1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1" name="Picture 1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y5e1wcu.pn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2" name="Picture 1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276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3" name="Picture 1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284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4" name="Picture 1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b268pbf.png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5" name="Picture 1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yt8383d.pn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6" name="Picture 1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7" name="Picture 1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8" name="Picture 1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9" name="Picture 1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b268pbf.png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0" name="Picture 1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yt8383d.pn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1" name="Picture 1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2" name="Picture 1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3" name="Picture 1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4" name="Picture 1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5" name="Picture 1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6" name="Picture 1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7" name="Picture 1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8" name="Picture 1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9" name="Picture 1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0" name="Picture 1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1" name="Picture 1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395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2" name="Picture 1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397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3" name="Picture 1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lwa1k9z.png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398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4" name="Picture 1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5" name="Picture 1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6" name="Picture 1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7" name="Picture 1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k2tc2nn.png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390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8" name="Picture 1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lwa1k9z.png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9" name="Picture 1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0" name="Picture 1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1" name="Picture 1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2" name="Picture 1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k2tc2nn.png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3" name="Picture 1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4" name="Picture 1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5" name="Picture 1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6" name="Picture 1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7" name="Picture 1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8" name="Picture 1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9" name="Picture 1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0" name="Picture 1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1" name="Picture 1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495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2" name="Picture 1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498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3" name="Picture 1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499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4" name="Picture 1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5" name="Picture 1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tqa5psb.png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6" name="Picture 1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7" name="Picture 1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8" name="Picture 1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9" name="Picture 1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0" name="Picture 1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tqa5psb.png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1" name="Picture 1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2" name="Picture 1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3" name="Picture 1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4" name="Picture 1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5" name="Picture 1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8i0j05_.png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6" name="Picture 1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7" name="Picture 1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cg9yaug.png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8" name="Picture 1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466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9" name="Picture 1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0" name="Picture 1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8i0j05_.png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1" name="Picture 1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479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2" name="Picture 19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cg9yaug.png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3" name="Picture 1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4" name="Picture 1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5" name="Picture 1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g815q26.png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6" name="Picture 19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7" name="Picture 1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8" name="Picture 19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9" name="Picture 19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0" name="Picture 2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g815q26.png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1" name="Picture 2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2" name="Picture 2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3" name="Picture 20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4" name="Picture 2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f5lmydc.png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5" name="Picture 2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6" name="Picture 20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7" name="Picture 20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8" name="Picture 20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9" name="Picture 20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f5lmydc.png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0" name="Picture 2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1" name="Picture 2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2" name="Picture 2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3" name="Picture 2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q5hb7hm.png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4" name="Picture 2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5" name="Picture 2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ke1sgik.png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6" name="Picture 2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7" name="Picture 2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8" name="Picture 2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q5hb7hm.png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9" name="Picture 2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0" name="Picture 2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ke1sgik.png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1" name="Picture 2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2" name="Picture 2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3" name="Picture 2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4" name="Picture 2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5" name="Picture 2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6" name="Picture 2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c4lpj9l.png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7" name="Picture 2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8" name="Picture 2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9" name="Picture 2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0" name="Picture 2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5rl8697.png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jpe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Relationship Id="rId55" Type="http://schemas.openxmlformats.org/officeDocument/2006/relationships/image" Target="media/image47.png"/><Relationship Id="rId56" Type="http://schemas.openxmlformats.org/officeDocument/2006/relationships/image" Target="media/image48.png"/><Relationship Id="rId57" Type="http://schemas.openxmlformats.org/officeDocument/2006/relationships/image" Target="media/image49.png"/><Relationship Id="rId58" Type="http://schemas.openxmlformats.org/officeDocument/2006/relationships/image" Target="media/image50.png"/><Relationship Id="rId59" Type="http://schemas.openxmlformats.org/officeDocument/2006/relationships/image" Target="media/image51.png"/><Relationship Id="rId60" Type="http://schemas.openxmlformats.org/officeDocument/2006/relationships/image" Target="media/image52.png"/><Relationship Id="rId61" Type="http://schemas.openxmlformats.org/officeDocument/2006/relationships/image" Target="media/image53.png"/><Relationship Id="rId62" Type="http://schemas.openxmlformats.org/officeDocument/2006/relationships/image" Target="media/image54.png"/><Relationship Id="rId63" Type="http://schemas.openxmlformats.org/officeDocument/2006/relationships/image" Target="media/image55.png"/><Relationship Id="rId64" Type="http://schemas.openxmlformats.org/officeDocument/2006/relationships/image" Target="media/image56.png"/><Relationship Id="rId65" Type="http://schemas.openxmlformats.org/officeDocument/2006/relationships/image" Target="media/image57.png"/><Relationship Id="rId66" Type="http://schemas.openxmlformats.org/officeDocument/2006/relationships/image" Target="media/image58.png"/><Relationship Id="rId67" Type="http://schemas.openxmlformats.org/officeDocument/2006/relationships/image" Target="media/image59.png"/><Relationship Id="rId68" Type="http://schemas.openxmlformats.org/officeDocument/2006/relationships/image" Target="media/image60.png"/><Relationship Id="rId69" Type="http://schemas.openxmlformats.org/officeDocument/2006/relationships/image" Target="media/image61.png"/><Relationship Id="rId70" Type="http://schemas.openxmlformats.org/officeDocument/2006/relationships/image" Target="media/image62.png"/><Relationship Id="rId71" Type="http://schemas.openxmlformats.org/officeDocument/2006/relationships/image" Target="media/image63.png"/><Relationship Id="rId72" Type="http://schemas.openxmlformats.org/officeDocument/2006/relationships/image" Target="media/image64.png"/><Relationship Id="rId73" Type="http://schemas.openxmlformats.org/officeDocument/2006/relationships/image" Target="media/image65.png"/><Relationship Id="rId74" Type="http://schemas.openxmlformats.org/officeDocument/2006/relationships/image" Target="media/image66.png"/><Relationship Id="rId75" Type="http://schemas.openxmlformats.org/officeDocument/2006/relationships/image" Target="media/image67.png"/><Relationship Id="rId76" Type="http://schemas.openxmlformats.org/officeDocument/2006/relationships/image" Target="media/image68.png"/><Relationship Id="rId77" Type="http://schemas.openxmlformats.org/officeDocument/2006/relationships/image" Target="media/image69.png"/><Relationship Id="rId78" Type="http://schemas.openxmlformats.org/officeDocument/2006/relationships/image" Target="media/image70.png"/><Relationship Id="rId79" Type="http://schemas.openxmlformats.org/officeDocument/2006/relationships/image" Target="media/image71.png"/><Relationship Id="rId80" Type="http://schemas.openxmlformats.org/officeDocument/2006/relationships/image" Target="media/image72.png"/><Relationship Id="rId81" Type="http://schemas.openxmlformats.org/officeDocument/2006/relationships/image" Target="media/image73.png"/><Relationship Id="rId82" Type="http://schemas.openxmlformats.org/officeDocument/2006/relationships/image" Target="media/image74.png"/><Relationship Id="rId83" Type="http://schemas.openxmlformats.org/officeDocument/2006/relationships/image" Target="media/image75.png"/><Relationship Id="rId84" Type="http://schemas.openxmlformats.org/officeDocument/2006/relationships/image" Target="media/image76.png"/><Relationship Id="rId85" Type="http://schemas.openxmlformats.org/officeDocument/2006/relationships/image" Target="media/image77.png"/><Relationship Id="rId86" Type="http://schemas.openxmlformats.org/officeDocument/2006/relationships/image" Target="media/image78.png"/><Relationship Id="rId87" Type="http://schemas.openxmlformats.org/officeDocument/2006/relationships/image" Target="media/image79.png"/><Relationship Id="rId88" Type="http://schemas.openxmlformats.org/officeDocument/2006/relationships/image" Target="media/image80.png"/><Relationship Id="rId89" Type="http://schemas.openxmlformats.org/officeDocument/2006/relationships/image" Target="media/image81.png"/><Relationship Id="rId90" Type="http://schemas.openxmlformats.org/officeDocument/2006/relationships/image" Target="media/image82.png"/><Relationship Id="rId91" Type="http://schemas.openxmlformats.org/officeDocument/2006/relationships/image" Target="media/image83.png"/><Relationship Id="rId92" Type="http://schemas.openxmlformats.org/officeDocument/2006/relationships/image" Target="media/image84.png"/><Relationship Id="rId93" Type="http://schemas.openxmlformats.org/officeDocument/2006/relationships/image" Target="media/image85.png"/><Relationship Id="rId94" Type="http://schemas.openxmlformats.org/officeDocument/2006/relationships/image" Target="media/image86.png"/><Relationship Id="rId95" Type="http://schemas.openxmlformats.org/officeDocument/2006/relationships/image" Target="media/image87.png"/><Relationship Id="rId96" Type="http://schemas.openxmlformats.org/officeDocument/2006/relationships/image" Target="media/image88.png"/><Relationship Id="rId97" Type="http://schemas.openxmlformats.org/officeDocument/2006/relationships/image" Target="media/image89.png"/><Relationship Id="rId98" Type="http://schemas.openxmlformats.org/officeDocument/2006/relationships/image" Target="media/image90.png"/><Relationship Id="rId99" Type="http://schemas.openxmlformats.org/officeDocument/2006/relationships/image" Target="media/image91.png"/><Relationship Id="rId100" Type="http://schemas.openxmlformats.org/officeDocument/2006/relationships/image" Target="media/image92.png"/><Relationship Id="rId101" Type="http://schemas.openxmlformats.org/officeDocument/2006/relationships/image" Target="media/image93.png"/><Relationship Id="rId102" Type="http://schemas.openxmlformats.org/officeDocument/2006/relationships/image" Target="media/image94.png"/><Relationship Id="rId103" Type="http://schemas.openxmlformats.org/officeDocument/2006/relationships/image" Target="media/image95.png"/><Relationship Id="rId104" Type="http://schemas.openxmlformats.org/officeDocument/2006/relationships/image" Target="media/image96.png"/><Relationship Id="rId105" Type="http://schemas.openxmlformats.org/officeDocument/2006/relationships/image" Target="media/image97.png"/><Relationship Id="rId106" Type="http://schemas.openxmlformats.org/officeDocument/2006/relationships/image" Target="media/image98.png"/><Relationship Id="rId107" Type="http://schemas.openxmlformats.org/officeDocument/2006/relationships/image" Target="media/image99.png"/><Relationship Id="rId108" Type="http://schemas.openxmlformats.org/officeDocument/2006/relationships/image" Target="media/image100.png"/><Relationship Id="rId109" Type="http://schemas.openxmlformats.org/officeDocument/2006/relationships/image" Target="media/image101.png"/><Relationship Id="rId110" Type="http://schemas.openxmlformats.org/officeDocument/2006/relationships/image" Target="media/image102.png"/><Relationship Id="rId111" Type="http://schemas.openxmlformats.org/officeDocument/2006/relationships/image" Target="media/image103.png"/><Relationship Id="rId112" Type="http://schemas.openxmlformats.org/officeDocument/2006/relationships/image" Target="media/image104.png"/><Relationship Id="rId113" Type="http://schemas.openxmlformats.org/officeDocument/2006/relationships/image" Target="media/image105.png"/><Relationship Id="rId114" Type="http://schemas.openxmlformats.org/officeDocument/2006/relationships/image" Target="media/image106.png"/><Relationship Id="rId115" Type="http://schemas.openxmlformats.org/officeDocument/2006/relationships/image" Target="media/image107.png"/><Relationship Id="rId116" Type="http://schemas.openxmlformats.org/officeDocument/2006/relationships/image" Target="media/image108.png"/><Relationship Id="rId117" Type="http://schemas.openxmlformats.org/officeDocument/2006/relationships/image" Target="media/image109.png"/><Relationship Id="rId118" Type="http://schemas.openxmlformats.org/officeDocument/2006/relationships/image" Target="media/image110.png"/><Relationship Id="rId119" Type="http://schemas.openxmlformats.org/officeDocument/2006/relationships/image" Target="media/image111.png"/><Relationship Id="rId120" Type="http://schemas.openxmlformats.org/officeDocument/2006/relationships/image" Target="media/image112.png"/><Relationship Id="rId121" Type="http://schemas.openxmlformats.org/officeDocument/2006/relationships/image" Target="media/image113.png"/><Relationship Id="rId122" Type="http://schemas.openxmlformats.org/officeDocument/2006/relationships/image" Target="media/image114.png"/><Relationship Id="rId123" Type="http://schemas.openxmlformats.org/officeDocument/2006/relationships/image" Target="media/image115.png"/><Relationship Id="rId124" Type="http://schemas.openxmlformats.org/officeDocument/2006/relationships/image" Target="media/image116.png"/><Relationship Id="rId125" Type="http://schemas.openxmlformats.org/officeDocument/2006/relationships/image" Target="media/image117.png"/><Relationship Id="rId126" Type="http://schemas.openxmlformats.org/officeDocument/2006/relationships/image" Target="media/image118.png"/><Relationship Id="rId127" Type="http://schemas.openxmlformats.org/officeDocument/2006/relationships/image" Target="media/image119.png"/><Relationship Id="rId128" Type="http://schemas.openxmlformats.org/officeDocument/2006/relationships/image" Target="media/image120.png"/><Relationship Id="rId129" Type="http://schemas.openxmlformats.org/officeDocument/2006/relationships/image" Target="media/image121.png"/><Relationship Id="rId130" Type="http://schemas.openxmlformats.org/officeDocument/2006/relationships/image" Target="media/image122.png"/><Relationship Id="rId131" Type="http://schemas.openxmlformats.org/officeDocument/2006/relationships/image" Target="media/image1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