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报告编号：TMPL-20260718181734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2026年7月18日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报告编号：TMPL-20260718181734</w:t>
      </w:r>
    </w:p>
    <w:p>
      <w:r>
        <w:rPr>
          <w:b/>
          <w:sz w:val="22"/>
        </w:rPr>
        <w:t>BY-10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BY-11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BY-12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BY-29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BY-39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BY-42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BY-49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BY-50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BY-66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BY-67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BY-68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BY-69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BY-72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BY-75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BY-92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BY-98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BY-99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BY-100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BY-158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