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河北大学3区天然气管道工程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报告编号：TMPL-20260718184803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004-2021标准，本次所检27道焊缝（焊缝-14至相控阵超声图）中，27道评定为I级（无缺陷），结论为合格；结论均为合格。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2026年7月18日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河北大学1、2、3区位于莲池区东关办事处，始建于1984-1996年，户外燃气管道焊缝共计152道。现对其部分焊缝进行抽检，抽检数量27道，抽检部位见附页。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河北大学3区户外燃气管道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报告编号：TMPL-20260718184803</w:t>
      </w:r>
    </w:p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zf2agc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328xov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hgjqnp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uh6opbz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328xov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hgjqnp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uh6opbz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ue0_3nh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p_zyxqw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n4usxg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ue0_3nh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p_zyxqw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