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新双井小区天然气管道工程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报告编号：TMPL-20260729182458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004-2021标准，本次所检31道焊缝（焊缝-25至相控阵超声图）中，31道评定为I级（无缺陷），结论为合格；结论均为合格。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2026年7月29日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双井小区位于莲池区和平里办事处，始建于1998年，户外燃气管道焊缝共计141道。现对其部分焊缝进行抽检，抽检数量119道，抽检部位见附页。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CTS-PA22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WF19011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SCQsp-1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新双井小区户外燃气管道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31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