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报告编号：TMPL-20260815074135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004-2021标准，本次所检28道焊缝（FC-9至FC-113）中，28道评定为I级（无缺陷），结论为合格；结论均为合格。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2026年8月15日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保定市保液宿舍户外燃气管道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FC-113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