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报告编号：TMPL-20260815074138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2026年8月15日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WF19007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