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报告编号：TMPL-202609052332206D5C72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