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报告编号：TMPL-2026090523322269FE31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