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报告编号：TMPL-202609151930144F61D4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2026年9月15日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多浦乐PA-2000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洗涤剂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户外燃气管道对接焊缝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氩弧焊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直径Φ60-150mm，壁厚*4-6mm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