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报告编号：TMPL-20260930064843A7D9F4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2026年9月30日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