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报告编号：TMPL-20261001121946381D7E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2026年10月1日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