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微生物小区天然气管道工程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报告编号：TMPL-20260708090320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004-2021标准，本次所检18道焊缝（低压-40至中压-20）中，18道评定为I级（无缺陷），结论为合格；结论均为合格。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2026年7月8日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微生物小区位于竞秀区五四中路，始建于1995年 ，户外燃气管道焊缝共计114道。现对其部分焊缝进行抽检，抽检数量17道，抽检部位见附页。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保定市微生物小区户外燃气管道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低压-40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低压-39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低压-38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低压-35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低压-30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低压-2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低压-22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低压-20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低压-14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低压-9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低压-61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低压-7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低压-72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低压-80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中压-11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中压-14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中压-18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中压-20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报告编号：TMPL-20260708090320</w:t>
      </w:r>
    </w:p>
    <w:p>
      <w:r>
        <w:rPr>
          <w:b/>
          <w:sz w:val="22"/>
        </w:rPr>
        <w:t>低压-40</w:t>
      </w:r>
    </w:p>
    <w:p/>
    <w:p>
      <w:r>
        <w:rPr>
          <w:b/>
          <w:sz w:val="22"/>
        </w:rPr>
        <w:t>低压-39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低压-38</w:t>
      </w:r>
    </w:p>
    <w:p/>
    <w:p>
      <w:r>
        <w:rPr>
          <w:b/>
          <w:sz w:val="22"/>
        </w:rPr>
        <w:t>低压-35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低压-30</w:t>
      </w:r>
    </w:p>
    <w:p/>
    <w:p>
      <w:r>
        <w:rPr>
          <w:b/>
          <w:sz w:val="22"/>
        </w:rPr>
        <w:t>低压-2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低压-22</w:t>
      </w:r>
    </w:p>
    <w:p/>
    <w:p>
      <w:r>
        <w:rPr>
          <w:b/>
          <w:sz w:val="22"/>
        </w:rPr>
        <w:t>低压-20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低压-14</w:t>
      </w:r>
    </w:p>
    <w:p/>
    <w:p>
      <w:r>
        <w:rPr>
          <w:b/>
          <w:sz w:val="22"/>
        </w:rPr>
        <w:t>低压-9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低压-61</w:t>
      </w:r>
    </w:p>
    <w:p/>
    <w:p>
      <w:r>
        <w:rPr>
          <w:b/>
          <w:sz w:val="22"/>
        </w:rPr>
        <w:t>低压-7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低压-72</w:t>
      </w:r>
    </w:p>
    <w:p/>
    <w:p>
      <w:r>
        <w:rPr>
          <w:b/>
          <w:sz w:val="22"/>
        </w:rPr>
        <w:t>低压-80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中压-11</w:t>
      </w:r>
    </w:p>
    <w:p/>
    <w:p>
      <w:r>
        <w:rPr>
          <w:b/>
          <w:sz w:val="22"/>
        </w:rPr>
        <w:t>中压-14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中压-18</w:t>
      </w:r>
    </w:p>
    <w:p/>
    <w:p>
      <w:r>
        <w:rPr>
          <w:b/>
          <w:sz w:val="22"/>
        </w:rPr>
        <w:t>中压-20</w:t>
      </w:r>
    </w:p>
    <w:p>
      <w:r>
        <w:rPr>
          <w:i/>
          <w:color w:val="999999"/>
        </w:rPr>
        <w:t>(尚未上传探伤图)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