
<file path=[Content_Types].xml><?xml version="1.0" encoding="utf-8"?>
<Types xmlns="http://schemas.openxmlformats.org/package/2006/content-types">
  <Default Extension="bmp" ContentType="image/bmp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报告编号：TMPL-20260708163614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报告编号：TMPL-20260708163614</w:t>
      </w:r>
    </w:p>
    <w:p>
      <w:r>
        <w:rPr>
          <w:b/>
          <w:sz w:val="22"/>
        </w:rPr>
        <w:t>FC-9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4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48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5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4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48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J-8-14-2-R.BMP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48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48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J-8-14-3-R_-_.BMP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48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48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47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6.bmp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6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48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48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2.bmp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77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772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476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4.bmp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6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J-8-14-3-R_-_.BMP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6.bmp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J-8-14-R.BMP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04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28.bmp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FC-67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FC-68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04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68.bmp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FC-69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FC-70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04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70.bmp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FC-71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FC-72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72.bmp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73.bmp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5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10.bmp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81408513103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11.bmp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14085131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-112.bmp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FC-113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20473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J-8-14-2-R.BMP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bmp"/><Relationship Id="rId11" Type="http://schemas.openxmlformats.org/officeDocument/2006/relationships/image" Target="media/image3.png"/><Relationship Id="rId12" Type="http://schemas.openxmlformats.org/officeDocument/2006/relationships/image" Target="media/image4.BMP"/><Relationship Id="rId13" Type="http://schemas.openxmlformats.org/officeDocument/2006/relationships/image" Target="media/image5.png"/><Relationship Id="rId14" Type="http://schemas.openxmlformats.org/officeDocument/2006/relationships/image" Target="media/image6.BMP"/><Relationship Id="rId15" Type="http://schemas.openxmlformats.org/officeDocument/2006/relationships/image" Target="media/image7.png"/><Relationship Id="rId16" Type="http://schemas.openxmlformats.org/officeDocument/2006/relationships/image" Target="media/image8.bmp"/><Relationship Id="rId17" Type="http://schemas.openxmlformats.org/officeDocument/2006/relationships/image" Target="media/image9.png"/><Relationship Id="rId18" Type="http://schemas.openxmlformats.org/officeDocument/2006/relationships/image" Target="media/image10.bmp"/><Relationship Id="rId19" Type="http://schemas.openxmlformats.org/officeDocument/2006/relationships/image" Target="media/image11.png"/><Relationship Id="rId20" Type="http://schemas.openxmlformats.org/officeDocument/2006/relationships/image" Target="media/image12.bmp"/><Relationship Id="rId21" Type="http://schemas.openxmlformats.org/officeDocument/2006/relationships/image" Target="media/image13.bmp"/><Relationship Id="rId22" Type="http://schemas.openxmlformats.org/officeDocument/2006/relationships/image" Target="media/image14.BMP"/><Relationship Id="rId23" Type="http://schemas.openxmlformats.org/officeDocument/2006/relationships/image" Target="media/image15.bmp"/><Relationship Id="rId24" Type="http://schemas.openxmlformats.org/officeDocument/2006/relationships/image" Target="media/image16.bmp"/><Relationship Id="rId25" Type="http://schemas.openxmlformats.org/officeDocument/2006/relationships/image" Target="media/image17.bmp"/><Relationship Id="rId26" Type="http://schemas.openxmlformats.org/officeDocument/2006/relationships/image" Target="media/image18.bmp"/><Relationship Id="rId27" Type="http://schemas.openxmlformats.org/officeDocument/2006/relationships/image" Target="media/image19.bmp"/><Relationship Id="rId28" Type="http://schemas.openxmlformats.org/officeDocument/2006/relationships/image" Target="media/image20.bmp"/><Relationship Id="rId29" Type="http://schemas.openxmlformats.org/officeDocument/2006/relationships/image" Target="media/image21.bmp"/><Relationship Id="rId30" Type="http://schemas.openxmlformats.org/officeDocument/2006/relationships/image" Target="media/image22.b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