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报告编号：TMPL-20260712202401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004-2021标准，本次所检8道焊缝（2至相控阵超声图）中，8道评定为I级（无缺陷），结论为合格；结论均为合格。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2026年7月12日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五金宿舍位于莲池区东关办事处，建于1995，共有焊缝38道，，现对其部分焊缝进行抽检，抽检数量为7道，抽检部位见附页。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报告编号：TMPL-20260712202401</w:t>
      </w:r>
    </w:p>
    <w:p>
      <w:r>
        <w:rPr>
          <w:b/>
          <w:sz w:val="22"/>
        </w:rPr>
        <w:t>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l0hw81x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sxzg6p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f0uktj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506glm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ihxwio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lwqweix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pcnc_e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45365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45365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