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报告编号：TMPL-20260612202402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004-2021标准，本次所检15道焊缝（B36至相控阵超声图）中，15道评定为I级（无缺陷），结论为合格；结论均为合格。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五医院宿舍位于竞秀区韩北街道办，建于1999年，现有焊缝60道，现对其部分焊缝进行抽检，抽检数量为13道，抽检部位见附页。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五医院宿舍户外燃气管道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449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449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C3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报告编号：TMPL-20260612202402</w:t>
      </w:r>
    </w:p>
    <w:p>
      <w:r>
        <w:rPr>
          <w:b/>
          <w:sz w:val="22"/>
        </w:rPr>
        <w:t>B36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adh8a7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ymqwzc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5_39lm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sfdnd8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ln99et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A9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3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upszrj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06pbj7l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ln2pcuj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k5tqp4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2jdogfk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B13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_mg61n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3i15su3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C3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570f1n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r>
        <w:rPr>
          <w:i/>
          <w:color w:val="999999"/>
        </w:rPr>
        <w:t>(尚未上传探伤图)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