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报告编号：TMPL-20260612202403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004-2021标准，本次所检13道焊缝（B45至相控阵超声图）中，13道评定为I级（无缺陷），结论为合格；结论均为合格。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五一九宿舍位于竞秀区韩北街道办，建于1979年，现有焊缝56道，现对其部分焊缝进行抽检，抽检数量为12道，抽检部位见附页。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五一九户外燃气管道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报告编号：TMPL-20260612202403</w:t>
      </w:r>
    </w:p>
    <w:p>
      <w:r>
        <w:rPr>
          <w:b/>
          <w:sz w:val="22"/>
        </w:rPr>
        <w:t>B45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5hqnyqf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npug8n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d4r1xr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pkva1o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_r5368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rc29aqj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p2f0cq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B21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atgtdn2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zfv8qk5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B17</w:t>
      </w:r>
    </w:p>
    <w:p>
      <w:r>
        <w:rPr>
          <w:i/>
          <w:color w:val="999999"/>
        </w:rPr>
        <w:t>(尚未上传探伤图)</w:t>
      </w:r>
    </w:p>
    <w:p>
      <w:r>
        <w:rPr>
          <w:b/>
          <w:sz w:val="22"/>
        </w:rPr>
        <w:t>B18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mhygwx_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232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1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2326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uksojwn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