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中华大四区燃气管道工程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报告编号：PAUT_TMPL-20260612202405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004-2021标准，本次所检102道焊缝（460至相控阵超声波）中，102道评定为I级（无缺陷），结论为合格；结论均为合格。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中华大四区位于莲池区，始建于2000年，户外燃气管道焊缝共计281道。现对其部分焊缝进行抽检，抽检数量101道，抽检部位见附页。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中华大四区户外燃气管道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102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相控阵超声波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报告编号：PAUT_TMPL-20260612202405</w:t>
      </w:r>
    </w:p>
    <w:p>
      <w:r>
        <w:rPr>
          <w:b/>
          <w:sz w:val="22"/>
        </w:rPr>
        <w:t>460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dj8fu8b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9kni2m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6z0rm1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_wvaf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p3eari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8rw4xo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p4pnob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z4pet5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twnl8vz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1jl_zc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x9sysgq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8gapea8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taf11d4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rwfb12o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fs6nq0g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vfcqc2o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okpme48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9uentjd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fmjwh8c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pad_qgj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vgjwqgv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l3ri70m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erkyug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tlmbn22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qbffe4y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rd1wp9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_fq0gvi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98j1v5v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rgm_y9p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j7y2gwd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3rfr33t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lh9he1g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fn2kafk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ozdaz9i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k01gevw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_j88cbk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58k7m21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dkywfi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rlxeqiv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li_z93y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jn7ecv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3baicw4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cfxhg65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75jjmsk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h9lnnbp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aswj6j7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xsohrjb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1btz4m8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71gmymk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vjp62v3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er867sb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09lu_5t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suh2bf8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78jxm1n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r_mi4vp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ife70m7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ypxypbd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180h3w3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_6a1iv7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0pgifuw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fj4uhy4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aw3mmzm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372acna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vyuj711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7q3na7g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ozf43vr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1v_z68a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7b7g2ap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h9jgddj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4t07biw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6fwmk2v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4176iro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a0bypbj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v9yzlm7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bowouc7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6aepd5l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_zl9qys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c4holbf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aw3mmzm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6nbxmmd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o96r24g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fn2kafk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k2vbat9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qakkx7z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5k5g_6e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lkkplbz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5l9_khs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5he2na7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ftww2gz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222bomt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rgm_y9p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vquncpn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mp3qjgx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s_3uawc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vm6air_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h_2mwxx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_thzjt2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4977jpz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mgj51wx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zss3v29.pn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wbi3qaw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相控阵超声波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波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png"/><Relationship Id="rId85" Type="http://schemas.openxmlformats.org/officeDocument/2006/relationships/image" Target="media/image77.png"/><Relationship Id="rId86" Type="http://schemas.openxmlformats.org/officeDocument/2006/relationships/image" Target="media/image78.png"/><Relationship Id="rId87" Type="http://schemas.openxmlformats.org/officeDocument/2006/relationships/image" Target="media/image79.pn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Relationship Id="rId106" Type="http://schemas.openxmlformats.org/officeDocument/2006/relationships/image" Target="media/image98.png"/><Relationship Id="rId107" Type="http://schemas.openxmlformats.org/officeDocument/2006/relationships/image" Target="media/image9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