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报告编号：TMPL-20260612202406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004-2021标准，本次所检59道焊缝（1至相控阵超声图）中，59道评定为I级（无缺陷），结论为合格；结论均为合格。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保液宿舍户外燃气管道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5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5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5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5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54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3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54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59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报告编号：TMPL-20260612202406</w:t>
      </w:r>
    </w:p>
    <w:p>
      <w:r>
        <w:rPr>
          <w:b/>
          <w:sz w:val="22"/>
        </w:rPr>
        <w:t>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39xopd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u1vhxp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gwgpeo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xrjrxv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_u5lauo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17gs5g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6_zotm6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f21yjpy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hgg3hug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jhdq9w_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u1vhxp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0ik1sp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xrjrxv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hgg3hug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17gs5g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f21yjpy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jhdq9w_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msj98w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1oyg5s5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d4gg93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0ik1spt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3qyi0gp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hgg3hug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z113gjb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f21yjpy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bhbrfel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msj98w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fouo7t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d4gg93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kuchf4f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3qyi0gp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hgg3hug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z113gjb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msj98w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bhbrfel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d4gg93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fouo7t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znfu9bk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kuchf4f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z113gjb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hgg3hug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bhbrfel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f21yjpy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fouo7t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msj98w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kuchf4f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d4gg93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67uqgek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znfu9bk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je2wkm2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z113gjb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tjzyt9a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bhbrfel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075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07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fouo7t7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147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154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kuchf4f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1oyg5s5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67uqgek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