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党校宿舍天然气管道工程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报告编号：TMPL-20260713105615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004-2021标准，本次所检44道焊缝（3至相控阵超声图）中，44道评定为I级（无缺陷），结论为合格；结论均为合格。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党校宿舍位于莲池区五四路办事处，始建于1997年，户外燃气管道焊缝共计226道。现对其部分焊缝进行抽检，抽检数量43道，抽检部位见附页。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党校宿舍户外燃气管道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1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14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报告编号：TMPL-20260713105615</w:t>
      </w:r>
    </w:p>
    <w:p>
      <w:r>
        <w:rPr>
          <w:b/>
          <w:sz w:val="22"/>
        </w:rPr>
        <w:t>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2r5rkt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2u0bto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azdr0c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4nddjy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w0d6yz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xiei3eg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b9oho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bzzvya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w0d6yz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js9xcf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0jtch4z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t484s9f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54swvxb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7pa5h6m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ks7ub9q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6d6625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e4pwni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azdr0c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7pa5h6m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54swvxb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u0des2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kse0h9p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cn483k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gifwlv_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e4pwni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gifwlv_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anlmi9n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ngainh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g6tqp5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5eqwajs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32k04b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0hngf_f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4ttxsp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j8i18zc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j8a1bch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82wll4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e7kl5o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4ttxspn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cq4_icl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kvd6ot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uj2831z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hjd18m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anlmi9n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