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东祥小区天然气管道工程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报告编号：TMPL-20260713110523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004-2021标准，本次所检74道焊缝（F68至相控阵超声图）中，74道评定为I级（无缺陷），结论为合格；结论均为合格。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东祥小区位于莲池区裕华路办事处，始建于1998年 ，户外燃气管道焊缝共计272道。现对其部分焊缝进行抽检，抽检数量43道，抽检部位见附页。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东祥小区户外燃气管道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9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92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74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D4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D9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D11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D14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D17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D19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D20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D22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E52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F200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F185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报告编号：TMPL-20260713110523</w:t>
      </w:r>
    </w:p>
    <w:p>
      <w:r>
        <w:rPr>
          <w:b/>
          <w:sz w:val="22"/>
        </w:rPr>
        <w:t>F68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577jt_z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ksm0f9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djx7no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_3i_21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gw30ds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0i0qbg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11zugm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vq6wac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F175</w:t>
      </w:r>
    </w:p>
    <w:p/>
    <w:p>
      <w:r>
        <w:rPr>
          <w:b/>
          <w:sz w:val="22"/>
        </w:rPr>
        <w:t>F174</w:t>
      </w:r>
    </w:p>
    <w:p/>
    <w:p>
      <w:r>
        <w:rPr>
          <w:b/>
          <w:sz w:val="22"/>
        </w:rPr>
        <w:t>F172</w:t>
      </w:r>
    </w:p>
    <w:p/>
    <w:p>
      <w:r>
        <w:rPr>
          <w:b/>
          <w:sz w:val="22"/>
        </w:rPr>
        <w:t>F171</w:t>
      </w:r>
    </w:p>
    <w:p/>
    <w:p>
      <w:r>
        <w:rPr>
          <w:b/>
          <w:sz w:val="22"/>
        </w:rPr>
        <w:t>F159</w:t>
      </w:r>
    </w:p>
    <w:p/>
    <w:p>
      <w:r>
        <w:rPr>
          <w:b/>
          <w:sz w:val="22"/>
        </w:rPr>
        <w:t>E56</w:t>
      </w:r>
    </w:p>
    <w:p/>
    <w:p>
      <w:r>
        <w:rPr>
          <w:b/>
          <w:sz w:val="22"/>
        </w:rPr>
        <w:t>E57</w:t>
      </w:r>
    </w:p>
    <w:p/>
    <w:p>
      <w:r>
        <w:rPr>
          <w:b/>
          <w:sz w:val="22"/>
        </w:rPr>
        <w:t>C66</w:t>
      </w:r>
    </w:p>
    <w:p/>
    <w:p>
      <w:r>
        <w:rPr>
          <w:b/>
          <w:sz w:val="22"/>
        </w:rPr>
        <w:t>C73</w:t>
      </w:r>
    </w:p>
    <w:p/>
    <w:p>
      <w:r>
        <w:rPr>
          <w:b/>
          <w:sz w:val="22"/>
        </w:rPr>
        <w:t>C77</w:t>
      </w:r>
    </w:p>
    <w:p/>
    <w:p>
      <w:r>
        <w:rPr>
          <w:b/>
          <w:sz w:val="22"/>
        </w:rPr>
        <w:t>F72</w:t>
      </w:r>
    </w:p>
    <w:p/>
    <w:p>
      <w:r>
        <w:rPr>
          <w:b/>
          <w:sz w:val="22"/>
        </w:rPr>
        <w:t>F76</w:t>
      </w:r>
    </w:p>
    <w:p/>
    <w:p>
      <w:r>
        <w:rPr>
          <w:b/>
          <w:sz w:val="22"/>
        </w:rPr>
        <w:t>F77</w:t>
      </w:r>
    </w:p>
    <w:p/>
    <w:p>
      <w:r>
        <w:rPr>
          <w:b/>
          <w:sz w:val="22"/>
        </w:rPr>
        <w:t>F81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_zjmxm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F86</w:t>
      </w:r>
    </w:p>
    <w:p/>
    <w:p>
      <w:r>
        <w:rPr>
          <w:b/>
          <w:sz w:val="22"/>
        </w:rPr>
        <w:t>F87</w:t>
      </w:r>
    </w:p>
    <w:p/>
    <w:p>
      <w:r>
        <w:rPr>
          <w:b/>
          <w:sz w:val="22"/>
        </w:rPr>
        <w:t>F102</w:t>
      </w:r>
    </w:p>
    <w:p/>
    <w:p>
      <w:r>
        <w:rPr>
          <w:b/>
          <w:sz w:val="22"/>
        </w:rPr>
        <w:t>F112</w:t>
      </w:r>
    </w:p>
    <w:p/>
    <w:p>
      <w:r>
        <w:rPr>
          <w:b/>
          <w:sz w:val="22"/>
        </w:rPr>
        <w:t>F117</w:t>
      </w:r>
    </w:p>
    <w:p/>
    <w:p>
      <w:r>
        <w:rPr>
          <w:b/>
          <w:sz w:val="22"/>
        </w:rPr>
        <w:t>F125</w:t>
      </w:r>
    </w:p>
    <w:p/>
    <w:p>
      <w:r>
        <w:rPr>
          <w:b/>
          <w:sz w:val="22"/>
        </w:rPr>
        <w:t>F124</w:t>
      </w:r>
    </w:p>
    <w:p/>
    <w:p>
      <w:r>
        <w:rPr>
          <w:b/>
          <w:sz w:val="22"/>
        </w:rPr>
        <w:t>F130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w07tk0f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_zjmxm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E62</w:t>
      </w:r>
    </w:p>
    <w:p/>
    <w:p>
      <w:r>
        <w:rPr>
          <w:b/>
          <w:sz w:val="22"/>
        </w:rPr>
        <w:t>E63</w:t>
      </w:r>
    </w:p>
    <w:p/>
    <w:p>
      <w:r>
        <w:rPr>
          <w:b/>
          <w:sz w:val="22"/>
        </w:rPr>
        <w:t>E76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djx7no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gw30ds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11zugm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E83</w:t>
      </w:r>
    </w:p>
    <w:p/>
    <w:p>
      <w:r>
        <w:rPr>
          <w:b/>
          <w:sz w:val="22"/>
        </w:rPr>
        <w:t>E88</w:t>
      </w:r>
    </w:p>
    <w:p/>
    <w:p>
      <w:r>
        <w:rPr>
          <w:b/>
          <w:sz w:val="22"/>
        </w:rPr>
        <w:t>E93</w:t>
      </w:r>
    </w:p>
    <w:p/>
    <w:p>
      <w:r>
        <w:rPr>
          <w:b/>
          <w:sz w:val="22"/>
        </w:rPr>
        <w:t>E94</w:t>
      </w:r>
    </w:p>
    <w:p/>
    <w:p>
      <w:r>
        <w:rPr>
          <w:b/>
          <w:sz w:val="22"/>
        </w:rPr>
        <w:t>C47</w:t>
      </w:r>
    </w:p>
    <w:p/>
    <w:p>
      <w:r>
        <w:rPr>
          <w:b/>
          <w:sz w:val="22"/>
        </w:rPr>
        <w:t>C45</w:t>
      </w:r>
    </w:p>
    <w:p/>
    <w:p>
      <w:r>
        <w:rPr>
          <w:b/>
          <w:sz w:val="22"/>
        </w:rPr>
        <w:t>C42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djx7no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_3i_21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gw30ds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0i0qbg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11zugm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8un614w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7hlrow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jcga21z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a9j_dq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x5wg1zb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D4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c9iewk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D9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tow7jwu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D11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2la5rpf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D14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ykeqh5v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D17</w:t>
      </w:r>
    </w:p>
    <w:p/>
    <w:p>
      <w:r>
        <w:rPr>
          <w:b/>
          <w:sz w:val="22"/>
        </w:rPr>
        <w:t>D19</w:t>
      </w:r>
    </w:p>
    <w:p/>
    <w:p>
      <w:r>
        <w:rPr>
          <w:b/>
          <w:sz w:val="22"/>
        </w:rPr>
        <w:t>D20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lyauvd9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D22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39nsaef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iaf4q_x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E13</w:t>
      </w:r>
    </w:p>
    <w:p/>
    <w:p>
      <w:r>
        <w:rPr>
          <w:b/>
          <w:sz w:val="22"/>
        </w:rPr>
        <w:t>E18</w:t>
      </w:r>
    </w:p>
    <w:p/>
    <w:p>
      <w:r>
        <w:rPr>
          <w:b/>
          <w:sz w:val="22"/>
        </w:rPr>
        <w:t>E20</w:t>
      </w:r>
    </w:p>
    <w:p/>
    <w:p>
      <w:r>
        <w:rPr>
          <w:b/>
          <w:sz w:val="22"/>
        </w:rPr>
        <w:t>E27</w:t>
      </w:r>
    </w:p>
    <w:p/>
    <w:p>
      <w:r>
        <w:rPr>
          <w:b/>
          <w:sz w:val="22"/>
        </w:rPr>
        <w:t>E36</w:t>
      </w:r>
    </w:p>
    <w:p/>
    <w:p>
      <w:r>
        <w:rPr>
          <w:b/>
          <w:sz w:val="22"/>
        </w:rPr>
        <w:t>E37</w:t>
      </w:r>
    </w:p>
    <w:p/>
    <w:p>
      <w:r>
        <w:rPr>
          <w:b/>
          <w:sz w:val="22"/>
        </w:rPr>
        <w:t>E42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lyauvd9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3zwioku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39nsaef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E52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lmfgz3n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F200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iaf4q_x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F185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kod1fj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