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东风东路275号院天然气管道工程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报告编号：TMPL-20260713111512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004-2021标准，本次所检47道焊缝（103至相控阵超声图）中，47道评定为I级（无缺陷），结论为合格；结论均为合格。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东风东路275号院位于莲池区东关办事处，始建于1992-1999年 ，户外燃气管道焊缝共计278道。现对其部分焊缝进行抽检，抽检数量46道，抽检部位见附页。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东风东路275号院户外燃气管道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报告编号：TMPL-20260713111512</w:t>
      </w:r>
    </w:p>
    <w:p>
      <w:r>
        <w:rPr>
          <w:b/>
          <w:sz w:val="22"/>
        </w:rPr>
        <w:t>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1i6teb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32duu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ba7ge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u7897n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ikrpt7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s_1gf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gfyl3lc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b_76fh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7tynqw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dqmpjh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fiuy05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32duu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bhghv6m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wccy_18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l0yhppg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q54cbum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8wjnp9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zi0pwjf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4f001s4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f4v3ugx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2_2dmsn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d08kl6c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5vhlslk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d7_4nnv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kyuy1n5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7u0iv05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u7897n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o39bboz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s_1gf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32duu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v5t5c9_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u7897n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32duu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s_1gf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u7897n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b_76fh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s_1gf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dqmpjh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b_76fh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g32duu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dqmpjhf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u7897n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o126c2i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us_1gf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asyb4kx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b_76fh_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