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中通一局宿舍天然气管道工程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报告编号：TMPL-20260713112739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004-2021标准，本次所检50道焊缝（116至相控阵超声图）中，50道评定为I级（无缺陷），结论为合格；结论均为合格。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中通一局宿舍位于莲池区和平里办事处，始建于1998-2000年，户外燃气管道焊缝共计289道。现对其部分焊缝进行抽检，抽检数量49道，抽检部位见附页。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中通一局宿舍户外燃气管道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50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报告编号：TMPL-20260713112739</w:t>
      </w:r>
    </w:p>
    <w:p>
      <w:r>
        <w:rPr>
          <w:b/>
          <w:sz w:val="22"/>
        </w:rPr>
        <w:t>116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8bwbng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z9pevp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zioecs4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zioecs4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aqdnst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nchic1a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aqdnst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nchic1a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ktik5m0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i2jn9iu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ktik5m0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i2jn9iu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hu5y5l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sm874_8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453659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5365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