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乐凯中学宿舍天然气管道工程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报告编号：TMPL-20260713114616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004-2021标准，本次所检15道焊缝（61至相控阵超声图）中，15道评定为I级（无缺陷），结论为合格；结论均为合格。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2026年7月13日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乐凯中学宿舍位于竞秀区韩北街道办，始建于1998年，户外燃气管道焊缝共计60道。现对其部分焊缝进行抽检，抽检数量14道，抽检部位见附页。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乐凯中学宿舍户外燃气管道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15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61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报告编号：TMPL-20260713114616</w:t>
      </w:r>
    </w:p>
    <w:p>
      <w:r>
        <w:rPr>
          <w:b/>
          <w:sz w:val="22"/>
        </w:rPr>
        <w:t>61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9254kk7z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05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9tektr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rzggqci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t3n17n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4rr8e99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__chmk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72netkhv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i2k06h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51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tlpwv2u6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30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akh9d9w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ne_0y6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o7n0596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ol1pz0_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qvi_ya_8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80con48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