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乐凯中学宿舍天然气管道工程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报告编号：TMPL-20260713114616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004-2021标准，本次所检15道焊缝（61至相控阵超声图）中，15道评定为I级（无缺陷），结论为合格；结论均为合格。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乐凯中学宿舍位于竞秀区韩北街道办，始建于1998年，户外燃气管道焊缝共计60道。现对其部分焊缝进行抽检，抽检数量14道，抽检部位见附页。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乐凯中学宿舍户外燃气管道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15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报告编号：TMPL-20260713114616</w:t>
      </w:r>
    </w:p>
    <w:p>
      <w:r>
        <w:rPr>
          <w:b/>
          <w:sz w:val="22"/>
        </w:rPr>
        <w:t>61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75yxy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05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lg24wz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h9fn3z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04zfkz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d95u8rp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j1hmw1_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ri2iaa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hpl75w5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wckzuzz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g43g2p9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pus5ew4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ajbtomm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_x0g18k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m6ioc8p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jouc717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