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九三宿舍天然气管道工程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报告编号：TMPL-20260713115839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004-2021标准，本次所检24道焊缝（B12至相控阵超声图）中，24道评定为I级（无缺陷），结论为合格；结论均为合格。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九三宿舍位于莲池区联盟路办事处，始建于1987年，户外燃气管道焊缝共计164道。现对其部分焊缝进行抽检，抽检数量23道，抽检部位见附页。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九三宿舍户外燃气管道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报告编号：TMPL-20260713115839</w:t>
      </w:r>
    </w:p>
    <w:p>
      <w:r>
        <w:rPr>
          <w:b/>
          <w:sz w:val="22"/>
        </w:rPr>
        <w:t>B12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iy5e3d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neonqs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u7rd9o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lwwfw4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3fuseb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B5</w:t>
      </w:r>
    </w:p>
    <w:p/>
    <w:p>
      <w:r>
        <w:rPr>
          <w:b/>
          <w:sz w:val="22"/>
        </w:rPr>
        <w:t>C11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0uwa4_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tv9ujd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C7</w:t>
      </w:r>
    </w:p>
    <w:p/>
    <w:p>
      <w:r>
        <w:rPr>
          <w:b/>
          <w:sz w:val="22"/>
        </w:rPr>
        <w:t>C6</w:t>
      </w:r>
    </w:p>
    <w:p/>
    <w:p>
      <w:r>
        <w:rPr>
          <w:b/>
          <w:sz w:val="22"/>
        </w:rPr>
        <w:t>B28</w:t>
      </w:r>
    </w:p>
    <w:p/>
    <w:p>
      <w:r>
        <w:rPr>
          <w:b/>
          <w:sz w:val="22"/>
        </w:rPr>
        <w:t>B26</w:t>
      </w:r>
    </w:p>
    <w:p/>
    <w:p>
      <w:r>
        <w:rPr>
          <w:b/>
          <w:sz w:val="22"/>
        </w:rPr>
        <w:t>B25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0uwa4_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ctnwpr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tv9ujd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z9gb90m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7fqp09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0jl3csv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0h6o1rh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5ht6s8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ijaig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a7zqith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0uwa4_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