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二橡胶宿舍天然气管道工程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报告编号：TMPL-20260713121317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004-2021标准，本次所检33道焊缝（二橡胶宿舍至相控阵超声图）中，33道评定为I级（无缺陷），结论为合格；结论均为合格。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二橡胶宿舍位于莲池区西关办事处，始建于1995年，户外燃气管道焊缝共计179道。现对其部分焊缝进行抽检，抽检数量31道，抽检部位见附页。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二橡胶宿舍户外燃气管道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二橡胶宿舍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报告编号：TMPL-20260713121317</w:t>
      </w:r>
    </w:p>
    <w:p>
      <w:r>
        <w:rPr>
          <w:b/>
          <w:sz w:val="22"/>
        </w:rPr>
        <w:t>二橡胶宿舍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_uz0hj_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xa7gq8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fuk316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l42aay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a8cdh4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z90xm3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6b6hec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m35xkz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0_fhpv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a8cdh4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safvw8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j2uvbq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7irnhl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me8b56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luaw6vm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neebeub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no6mp_w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m5iw8xg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033d2wi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406i8v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m4wsms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4d_t3y3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safvw8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n4libja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hhgew5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ky4wne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xvlrm2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pv_2hl6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99xzp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52l3umz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69rlrex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j2uvbq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