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云景园小区天然气管道工程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报告编号：TMPL-20260713121914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004-2021标准，本次所检32道焊缝（1至48）中，32道评定为I级（无缺陷），结论为合格；结论均为合格。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云景园小区燃气管道改造位于竞秀区先锋街道办，始建于1999年，户外燃气管道焊缝共计144道。现对其部分焊缝进行抽检，抽检数量31道，抽检部位见附页。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云景园小区户外燃气管道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32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报告编号：TMPL-20260713121914</w:t>
      </w:r>
    </w:p>
    <w:p>
      <w:r>
        <w:rPr>
          <w:b/>
          <w:sz w:val="22"/>
        </w:rPr>
        <w:t>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_clkipq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f2uws6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_clkipq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f2uws6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66wnhos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66wnhos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u_uj_xs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