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保险公司宿舍天然气管道工程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报告编号：TMPL-20260713125109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004-2021标准，本次所检10道焊缝（16至相控阵超声图）中，10道评定为I级（无缺陷），结论为合格；结论均为合格。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保险公司宿舍燃气管道改造位于竞秀区建南街道办，始建于1998年，户外燃气管道焊缝共计96道。现对其部分焊缝进行抽检，抽检数量9道，抽检部位见附页。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保险公司宿舍户外燃气管道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报告编号：TMPL-20260713125109</w:t>
      </w:r>
    </w:p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rh4csv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9u9_tk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ei0bn6w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7bcq2uh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bu_ip2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e_8qby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sszzp8k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cwmhtnk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1ybxvj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45365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45365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