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北二胡同北三胡同，37号院天然气管道工程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报告编号：TMPL-20260713125727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004-2021标准，本次所检105道焊缝（8至相控阵超声图）中，105道评定为I级（无缺陷），结论为合格；结论均为合格。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北二胡同、北三胡同、37号院位于莲池区西关办事处，始建于1992年，户外燃气管道焊缝共计682道。现对其部分焊缝进行抽检，抽检数量104道，抽检部位见附页。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北二胡同北三胡同，37号院户外燃气管道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105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报告编号：TMPL-20260713125727</w:t>
      </w:r>
    </w:p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vuherd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gjhoz_v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xc46fw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0ezyik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t_1809z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zbjmino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voso0ya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677pwoh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c0jzsuo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nw9glf_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8un24pd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9ws5c5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h1j1sgc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j8ch078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cu_70d3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96</w:t>
      </w:r>
    </w:p>
    <w:p/>
    <w:p>
      <w:r>
        <w:rPr>
          <w:b/>
          <w:sz w:val="22"/>
        </w:rPr>
        <w:t>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cu_70d3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79b0pk_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c0jzsuo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fzw26sc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o9kpzxw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5a_66m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ye9i5g_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5a_66m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9wc42ym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pghcs5c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d3k1eug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ywx9p5l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o_yhepo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nw9glf_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cu_70d3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</w:t>
      </w:r>
    </w:p>
    <w:p/>
    <w:p>
      <w:r>
        <w:rPr>
          <w:b/>
          <w:sz w:val="22"/>
        </w:rPr>
        <w:t>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c0jzsuo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</w:t>
      </w:r>
    </w:p>
    <w:p/>
    <w:p>
      <w:r>
        <w:rPr>
          <w:b/>
          <w:sz w:val="22"/>
        </w:rPr>
        <w:t>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9rev04y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_a2ctnu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nw9glf_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7b3ryb_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gmav25k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ts6ycak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zv_wpi9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53zxo73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cu_70d3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5a_66m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p444ld2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193</w:t>
      </w:r>
    </w:p>
    <w:p/>
    <w:p>
      <w:r>
        <w:rPr>
          <w:b/>
          <w:sz w:val="22"/>
        </w:rPr>
        <w:t>201</w:t>
      </w:r>
    </w:p>
    <w:p/>
    <w:p>
      <w:r>
        <w:rPr>
          <w:b/>
          <w:sz w:val="22"/>
        </w:rPr>
        <w:t>207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719uyj3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7b3ryb_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gjhoz_v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_trzufb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bwfgk8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yk473z3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79b0pk_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q6_x3vf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cu_70d3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5a_66m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9ws5c5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64act_f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0znvqpw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8baoaam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x2rk90_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i5vao0g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tjz_kcf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zv_wpi9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n29o295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07s8x7x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iam_u6u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o6nzg5r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y7_wu7z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3krx2qk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150</w:t>
      </w:r>
    </w:p>
    <w:p/>
    <w:p>
      <w:r>
        <w:rPr>
          <w:b/>
          <w:sz w:val="22"/>
        </w:rPr>
        <w:t>154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kj063wg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157</w:t>
      </w:r>
    </w:p>
    <w:p/>
    <w:p>
      <w:r>
        <w:rPr>
          <w:b/>
          <w:sz w:val="22"/>
        </w:rPr>
        <w:t>158</w:t>
      </w:r>
    </w:p>
    <w:p/>
    <w:p>
      <w:r>
        <w:rPr>
          <w:b/>
          <w:sz w:val="22"/>
        </w:rPr>
        <w:t>115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dxyh80e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l12d4r1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ldyi7v_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4rurof0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79b0pk_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g9zpf3n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o_yhepo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ml20tum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9rev04y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tdaarvy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o_yhepo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_u41fxs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y5rybvb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l99awz_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a8iaepn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166</w:t>
      </w:r>
    </w:p>
    <w:p/>
    <w:p>
      <w:r>
        <w:rPr>
          <w:b/>
          <w:sz w:val="22"/>
        </w:rPr>
        <w:t>167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5a_66m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cu_70d3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173</w:t>
      </w:r>
    </w:p>
    <w:p/>
    <w:p>
      <w:r>
        <w:rPr>
          <w:b/>
          <w:sz w:val="22"/>
        </w:rPr>
        <w:t>178</w:t>
      </w:r>
    </w:p>
    <w:p/>
    <w:p>
      <w:r>
        <w:rPr>
          <w:b/>
          <w:sz w:val="22"/>
        </w:rPr>
        <w:t>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o_yhepo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79b0pk_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kj063wg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675srty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5a_66m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cu_70d3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xc46fw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gmav25k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e5fgqpr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72326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图.pn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72326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image" Target="media/image55.png"/><Relationship Id="rId64" Type="http://schemas.openxmlformats.org/officeDocument/2006/relationships/image" Target="media/image56.png"/><Relationship Id="rId65" Type="http://schemas.openxmlformats.org/officeDocument/2006/relationships/image" Target="media/image57.png"/><Relationship Id="rId66" Type="http://schemas.openxmlformats.org/officeDocument/2006/relationships/image" Target="media/image58.png"/><Relationship Id="rId67" Type="http://schemas.openxmlformats.org/officeDocument/2006/relationships/image" Target="media/image59.png"/><Relationship Id="rId68" Type="http://schemas.openxmlformats.org/officeDocument/2006/relationships/image" Target="media/image60.png"/><Relationship Id="rId69" Type="http://schemas.openxmlformats.org/officeDocument/2006/relationships/image" Target="media/image61.png"/><Relationship Id="rId70" Type="http://schemas.openxmlformats.org/officeDocument/2006/relationships/image" Target="media/image62.png"/><Relationship Id="rId71" Type="http://schemas.openxmlformats.org/officeDocument/2006/relationships/image" Target="media/image63.png"/><Relationship Id="rId72" Type="http://schemas.openxmlformats.org/officeDocument/2006/relationships/image" Target="media/image64.png"/><Relationship Id="rId73" Type="http://schemas.openxmlformats.org/officeDocument/2006/relationships/image" Target="media/image65.png"/><Relationship Id="rId74" Type="http://schemas.openxmlformats.org/officeDocument/2006/relationships/image" Target="media/image66.png"/><Relationship Id="rId75" Type="http://schemas.openxmlformats.org/officeDocument/2006/relationships/image" Target="media/image6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