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北唐小区天然气管道工程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报告编号：TMPL-20260713133223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004-2021标准，本次所检125道焊缝（158至相控阵超声图）中，125道评定为I级（无缺陷），结论为合格；结论均为合格。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北唐小区位于莲池区永华路办事处，始建于1998年，户外燃气管道焊缝共计728道。现对其部分焊缝进行抽检，抽检数量124道，抽检部位见附页。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北唐小区户外燃气管道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125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报告编号：TMPL-20260713133223</w:t>
      </w:r>
    </w:p>
    <w:p>
      <w:r>
        <w:rPr>
          <w:b/>
          <w:sz w:val="22"/>
        </w:rPr>
        <w:t>158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pa_n91v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6vnic6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oj4d5u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8fshpz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d5qb9p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msf93cg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tzmr1wk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k1xmfp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vwye0e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gh0ic7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eujw04c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jbil28p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kia7owl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9zujc9x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0iw4ajr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0_c9ovw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flttnel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y_193ho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0xd7jdl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nlqjoti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01d0chf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5889m_8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7s3g2vu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3a8x8h5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iqp5di2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umkbfy7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fuivf8k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6vnic6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f5bmv0l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msf93cg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cud4okl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k1xmfp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muimai6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jbil28p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peywxyt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yw_it0s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ltnighz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f5bmv0l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1kjuuwp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cud4okl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dynyex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7mvmxy1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_n6eakq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ejrjr66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5hj8rvl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z2fb0zw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3xok397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0xd7jdl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b21fe79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688_hyt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_j1kc3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cw0fbdv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07gxo97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qggbvyf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peywxyt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ltnighz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1kjuuwp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r56lp0f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t78y9ew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f62irru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8fshpz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t78y9ew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qggbvyf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8fshpz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r56lp0f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qggbvyf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f62irru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r56lp0f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t78y9ew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f62irru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8fshpz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umkbfy7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qggbvyf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db18p8c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r56lp0f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yw_it0s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f62irru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tk7wbru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umkbfy7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yw_it0s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db18p8c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dynyex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tk7wbru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ia9wz5w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9wxy65j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0iw4ajr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gh0ic7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b3xy2s3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yw_it0s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i6gj2xg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muimai6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bwslayp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dynyex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8oxr3_a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7" name="Picture 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ia9wz5w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8" name="Picture 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fn3euqp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9" name="Picture 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5cqh61_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0" name="Picture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rvw3uq6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1" name="Picture 1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t_b4tpq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2" name="Picture 1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7mvmxy1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3" name="Picture 1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gh0ic7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4" name="Picture 1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rlm74iv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5" name="Picture 1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8oxr3_a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6" name="Picture 1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x01889o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7" name="Picture 1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t_b4tpq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8" name="Picture 1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gh0ic7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531902"/>
            <wp:docPr id="109" name="Picture 1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7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31902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0" name="Picture 1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9wxy65j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96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1" name="Picture 1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0iw4ajr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109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112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2" name="Picture 1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i6gj2xg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115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119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3" name="Picture 1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bwslayp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4" name="Picture 1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t78y9ew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5" name="Picture 1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gh0ic7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6" name="Picture 1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rlm74iv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7" name="Picture 1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t_b4tpq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5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9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10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相控阵超声图</w:t>
      </w:r>
    </w:p>
    <w:p>
      <w:r>
        <w:rPr>
          <w:i/>
          <w:color w:val="999999"/>
        </w:rPr>
        <w:t>(尚未上传探伤图)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