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和平里小区天然气管道工程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报告编号：TMPL-20260713134816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004-2021标准，本次所检161道焊缝（10至相控阵超声图）中，161道评定为I级（无缺陷），结论为合格；结论均为合格。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和平里小区位于莲池区和平里办事处，始建于1989年，户外燃气管道焊缝共计1133道。现对其部分焊缝进行抽检，抽检数量160道，抽检部位见附页。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和平里小区户外燃气管道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2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3.jpe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4.jpe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5.jpe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6.jpe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7.jpe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161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报告编号：TMPL-20260713134816</w:t>
      </w:r>
    </w:p>
    <w:p>
      <w:r>
        <w:rPr>
          <w:b/>
          <w:sz w:val="22"/>
        </w:rPr>
        <w:t>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_7vwmj2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w622sx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yibwvcp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skymg9n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qpq7wl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udgbljl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0u3cme8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</w:t>
      </w:r>
    </w:p>
    <w:p/>
    <w:p>
      <w:r>
        <w:rPr>
          <w:b/>
          <w:sz w:val="22"/>
        </w:rPr>
        <w:t>30</w:t>
      </w:r>
    </w:p>
    <w:p/>
    <w:p>
      <w:r>
        <w:rPr>
          <w:b/>
          <w:sz w:val="22"/>
        </w:rPr>
        <w:t>34</w:t>
      </w:r>
    </w:p>
    <w:p/>
    <w:p>
      <w:r>
        <w:rPr>
          <w:b/>
          <w:sz w:val="22"/>
        </w:rPr>
        <w:t>37</w:t>
      </w:r>
    </w:p>
    <w:p/>
    <w:p>
      <w:r>
        <w:rPr>
          <w:b/>
          <w:sz w:val="22"/>
        </w:rPr>
        <w:t>39</w:t>
      </w:r>
    </w:p>
    <w:p/>
    <w:p>
      <w:r>
        <w:rPr>
          <w:b/>
          <w:sz w:val="22"/>
        </w:rPr>
        <w:t>53</w:t>
      </w:r>
    </w:p>
    <w:p/>
    <w:p>
      <w:r>
        <w:rPr>
          <w:b/>
          <w:sz w:val="22"/>
        </w:rPr>
        <w:t>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nm8cv26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debjhv9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23</w:t>
      </w:r>
    </w:p>
    <w:p/>
    <w:p>
      <w:r>
        <w:rPr>
          <w:b/>
          <w:sz w:val="22"/>
        </w:rPr>
        <w:t>28</w:t>
      </w:r>
    </w:p>
    <w:p/>
    <w:p>
      <w:r>
        <w:rPr>
          <w:b/>
          <w:sz w:val="22"/>
        </w:rPr>
        <w:t>27</w:t>
      </w:r>
    </w:p>
    <w:p/>
    <w:p>
      <w:r>
        <w:rPr>
          <w:b/>
          <w:sz w:val="22"/>
        </w:rPr>
        <w:t>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zm8rl2h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23</w:t>
      </w:r>
    </w:p>
    <w:p/>
    <w:p>
      <w:r>
        <w:rPr>
          <w:b/>
          <w:sz w:val="22"/>
        </w:rPr>
        <w:t>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_9fbqm0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28</w:t>
      </w:r>
    </w:p>
    <w:p/>
    <w:p>
      <w:r>
        <w:rPr>
          <w:b/>
          <w:sz w:val="22"/>
        </w:rPr>
        <w:t>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r1ir95h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37</w:t>
      </w:r>
    </w:p>
    <w:p/>
    <w:p>
      <w:r>
        <w:rPr>
          <w:b/>
          <w:sz w:val="22"/>
        </w:rPr>
        <w:t>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4fhqog6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cjpqot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w622sx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0fbzi1z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hrpzbgb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j8412su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sy6jiv4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hnhiwy_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8tdv_zl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pgozh51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42</w:t>
      </w:r>
    </w:p>
    <w:p/>
    <w:p>
      <w:r>
        <w:rPr>
          <w:b/>
          <w:sz w:val="22"/>
        </w:rPr>
        <w:t>69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3wt4kua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qouejr7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_if2yq7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77</w:t>
      </w:r>
    </w:p>
    <w:p/>
    <w:p>
      <w:r>
        <w:rPr>
          <w:b/>
          <w:sz w:val="22"/>
        </w:rPr>
        <w:t>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8tdv_zl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nm8cv26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uid1uhx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231u9gq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3_mo1h3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1e3r28s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162</w:t>
      </w:r>
    </w:p>
    <w:p/>
    <w:p>
      <w:r>
        <w:rPr>
          <w:b/>
          <w:sz w:val="22"/>
        </w:rPr>
        <w:t>61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debjhv9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debjhv9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mbf8b4f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8mzeyeu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90</w:t>
      </w:r>
    </w:p>
    <w:p/>
    <w:p>
      <w:r>
        <w:rPr>
          <w:b/>
          <w:sz w:val="22"/>
        </w:rPr>
        <w:t>94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r4q6k36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o4z973n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7xak2nx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ujs1j9z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38yeqe2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iqcoejq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a7ff5_6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s2mdsxk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147</w:t>
      </w:r>
    </w:p>
    <w:p/>
    <w:p>
      <w:r>
        <w:rPr>
          <w:b/>
          <w:sz w:val="22"/>
        </w:rPr>
        <w:t>154</w:t>
      </w:r>
    </w:p>
    <w:p/>
    <w:p>
      <w:r>
        <w:rPr>
          <w:b/>
          <w:sz w:val="22"/>
        </w:rPr>
        <w:t>156</w:t>
      </w:r>
    </w:p>
    <w:p/>
    <w:p>
      <w:r>
        <w:rPr>
          <w:b/>
          <w:sz w:val="22"/>
        </w:rPr>
        <w:t>160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lge8nc3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7ur5yi1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2cydtdi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djko7g4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ocmagco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hrpzbgb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174</w:t>
      </w:r>
    </w:p>
    <w:p/>
    <w:p>
      <w:r>
        <w:rPr>
          <w:b/>
          <w:sz w:val="22"/>
        </w:rPr>
        <w:t>161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7ur5yi1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bpzb43f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190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j1fe550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2nv7x7y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nttb2qf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sgc5on8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208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iedoqrg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8vzgxzn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zkivo6s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dr14tf_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2nuv43m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8rud1s4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m7r7ius.p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2nnd821.pn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_pqac7_.p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oh1j5yg.pn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147</w:t>
      </w:r>
    </w:p>
    <w:p/>
    <w:p>
      <w:r>
        <w:rPr>
          <w:b/>
          <w:sz w:val="22"/>
        </w:rPr>
        <w:t>148</w:t>
      </w:r>
    </w:p>
    <w:p/>
    <w:p>
      <w:r>
        <w:rPr>
          <w:b/>
          <w:sz w:val="22"/>
        </w:rPr>
        <w:t>149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0task_3.pn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4" name="Picture 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zulo9mo.pn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5" name="Picture 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4ma9eul.png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6" name="Picture 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rm_d5dj.png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7" name="Picture 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pk6cyi9.png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8" name="Picture 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1yrbz5r.png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92</w:t>
      </w:r>
    </w:p>
    <w:p/>
    <w:p>
      <w:r>
        <w:rPr>
          <w:b/>
          <w:sz w:val="22"/>
        </w:rPr>
        <w:t>91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9" name="Picture 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ey6i4p3.png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0" name="Picture 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2t7ap0_.png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156</w:t>
      </w:r>
    </w:p>
    <w:p/>
    <w:p>
      <w:r>
        <w:rPr>
          <w:b/>
          <w:sz w:val="22"/>
        </w:rPr>
        <w:t>155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1" name="Picture 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z04tsro.png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2" name="Picture 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oh1j5yg.pn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246</w:t>
      </w:r>
    </w:p>
    <w:p/>
    <w:p>
      <w:r>
        <w:rPr>
          <w:b/>
          <w:sz w:val="22"/>
        </w:rPr>
        <w:t>260</w:t>
      </w:r>
    </w:p>
    <w:p/>
    <w:p>
      <w:r>
        <w:rPr>
          <w:b/>
          <w:sz w:val="22"/>
        </w:rPr>
        <w:t>268</w:t>
      </w:r>
    </w:p>
    <w:p/>
    <w:p>
      <w:r>
        <w:rPr>
          <w:b/>
          <w:sz w:val="22"/>
        </w:rPr>
        <w:t>277</w:t>
      </w:r>
    </w:p>
    <w:p/>
    <w:p>
      <w:r>
        <w:rPr>
          <w:b/>
          <w:sz w:val="22"/>
        </w:rPr>
        <w:t>155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3" name="Picture 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z04tsro.png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</w:t>
      </w:r>
    </w:p>
    <w:p/>
    <w:p>
      <w:r>
        <w:rPr>
          <w:b/>
          <w:sz w:val="22"/>
        </w:rPr>
        <w:t>11</w:t>
      </w:r>
    </w:p>
    <w:p/>
    <w:p>
      <w:r>
        <w:rPr>
          <w:b/>
          <w:sz w:val="22"/>
        </w:rPr>
        <w:t>286</w:t>
      </w:r>
    </w:p>
    <w:p/>
    <w:p>
      <w:r>
        <w:rPr>
          <w:b/>
          <w:sz w:val="22"/>
        </w:rPr>
        <w:t>287</w:t>
      </w:r>
    </w:p>
    <w:p/>
    <w:p>
      <w:r>
        <w:rPr>
          <w:b/>
          <w:sz w:val="22"/>
        </w:rPr>
        <w:t>288</w:t>
      </w:r>
    </w:p>
    <w:p/>
    <w:p>
      <w:r>
        <w:rPr>
          <w:b/>
          <w:sz w:val="22"/>
        </w:rPr>
        <w:t>18</w:t>
      </w:r>
    </w:p>
    <w:p/>
    <w:p>
      <w:r>
        <w:rPr>
          <w:b/>
          <w:sz w:val="22"/>
        </w:rPr>
        <w:t>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4" name="Picture 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yibwvcp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5" name="Picture 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skymg9n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6" name="Picture 8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w622sx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7" name="Picture 8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zm8rl2h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8" name="Picture 8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2cydtdi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9" name="Picture 8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7ur5yi1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0" name="Picture 9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hrpzbgb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1" name="Picture 9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9rt1kka.png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2" name="Picture 9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71o9oks.png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191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3" name="Picture 9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4ma9eul.png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193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4" name="Picture 9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0cxcdwx.png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5" name="Picture 9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1n2mmsl.png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99</w:t>
      </w:r>
    </w:p>
    <w:p/>
    <w:p>
      <w:r>
        <w:rPr>
          <w:b/>
          <w:sz w:val="22"/>
        </w:rPr>
        <w:t>211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6" name="Picture 9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sw7aauj.png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7" name="Picture 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zkivo6s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302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8" name="Picture 9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ickitgq.png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306</w:t>
      </w:r>
    </w:p>
    <w:p/>
    <w:p>
      <w:r>
        <w:rPr>
          <w:b/>
          <w:sz w:val="22"/>
        </w:rPr>
        <w:t>308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9" name="Picture 9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8j62_cy.png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0" name="Picture 10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9dr8c46.png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1" name="Picture 10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eahr2vj.png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2" name="Picture 10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dtw4ei6.png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3" name="Picture 10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zjbdtnh.png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4" name="Picture 10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2nuv43m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229</w:t>
      </w:r>
    </w:p>
    <w:p/>
    <w:p>
      <w:r>
        <w:rPr>
          <w:b/>
          <w:sz w:val="22"/>
        </w:rPr>
        <w:t>328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5" name="Picture 10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smgxpts.png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6" name="Picture 10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m7r7ius.p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7" name="Picture 10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2nnd821.pn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8" name="Picture 10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_pqac7_.p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9" name="Picture 10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oh1j5yg.pn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0" name="Picture 1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_9fbqm0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1" name="Picture 1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ue3y3iu.png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2" name="Picture 1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0task_3.pn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138</w:t>
      </w:r>
    </w:p>
    <w:p/>
    <w:p>
      <w:r>
        <w:rPr>
          <w:b/>
          <w:sz w:val="22"/>
        </w:rPr>
        <w:t>113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3" name="Picture 1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r2vmssn.png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114</w:t>
      </w:r>
    </w:p>
    <w:p/>
    <w:p>
      <w:r>
        <w:rPr>
          <w:b/>
          <w:sz w:val="22"/>
        </w:rPr>
        <w:t>141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4" name="Picture 1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ps133rf.png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5" name="Picture 1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zm8rl2h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131</w:t>
      </w:r>
    </w:p>
    <w:p/>
    <w:p>
      <w:r>
        <w:rPr>
          <w:b/>
          <w:sz w:val="22"/>
        </w:rPr>
        <w:t>133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6" name="Picture 1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5bognnl.png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7" name="Picture 1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iqcoejq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8" name="Picture 1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8vzgxzn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9" name="Picture 1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3zlebrb.png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261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0" name="Picture 1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dr14tf_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1" name="Picture 1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8rud1s4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219</w:t>
      </w:r>
    </w:p>
    <w:p/>
    <w:p>
      <w:r>
        <w:rPr>
          <w:b/>
          <w:sz w:val="22"/>
        </w:rPr>
        <w:t>344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2" name="Picture 1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m7r7ius.p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3" name="Picture 1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2nnd821.pn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4" name="Picture 1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_pqac7_.p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5" name="Picture 1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oh1j5yg.pn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6" name="Picture 1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_9fbqm0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5979408"/>
            <wp:docPr id="127" name="Picture 1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相控阵超声图.png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97940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jpeg"/><Relationship Id="rId11" Type="http://schemas.openxmlformats.org/officeDocument/2006/relationships/image" Target="media/image3.jpeg"/><Relationship Id="rId12" Type="http://schemas.openxmlformats.org/officeDocument/2006/relationships/image" Target="media/image4.jpeg"/><Relationship Id="rId13" Type="http://schemas.openxmlformats.org/officeDocument/2006/relationships/image" Target="media/image5.jpeg"/><Relationship Id="rId14" Type="http://schemas.openxmlformats.org/officeDocument/2006/relationships/image" Target="media/image6.jpeg"/><Relationship Id="rId15" Type="http://schemas.openxmlformats.org/officeDocument/2006/relationships/image" Target="media/image7.jpe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Relationship Id="rId49" Type="http://schemas.openxmlformats.org/officeDocument/2006/relationships/image" Target="media/image41.png"/><Relationship Id="rId50" Type="http://schemas.openxmlformats.org/officeDocument/2006/relationships/image" Target="media/image42.png"/><Relationship Id="rId51" Type="http://schemas.openxmlformats.org/officeDocument/2006/relationships/image" Target="media/image43.png"/><Relationship Id="rId52" Type="http://schemas.openxmlformats.org/officeDocument/2006/relationships/image" Target="media/image44.png"/><Relationship Id="rId53" Type="http://schemas.openxmlformats.org/officeDocument/2006/relationships/image" Target="media/image45.png"/><Relationship Id="rId54" Type="http://schemas.openxmlformats.org/officeDocument/2006/relationships/image" Target="media/image46.png"/><Relationship Id="rId55" Type="http://schemas.openxmlformats.org/officeDocument/2006/relationships/image" Target="media/image47.png"/><Relationship Id="rId56" Type="http://schemas.openxmlformats.org/officeDocument/2006/relationships/image" Target="media/image48.png"/><Relationship Id="rId57" Type="http://schemas.openxmlformats.org/officeDocument/2006/relationships/image" Target="media/image49.png"/><Relationship Id="rId58" Type="http://schemas.openxmlformats.org/officeDocument/2006/relationships/image" Target="media/image50.png"/><Relationship Id="rId59" Type="http://schemas.openxmlformats.org/officeDocument/2006/relationships/image" Target="media/image51.png"/><Relationship Id="rId60" Type="http://schemas.openxmlformats.org/officeDocument/2006/relationships/image" Target="media/image52.png"/><Relationship Id="rId61" Type="http://schemas.openxmlformats.org/officeDocument/2006/relationships/image" Target="media/image53.png"/><Relationship Id="rId62" Type="http://schemas.openxmlformats.org/officeDocument/2006/relationships/image" Target="media/image54.png"/><Relationship Id="rId63" Type="http://schemas.openxmlformats.org/officeDocument/2006/relationships/image" Target="media/image55.png"/><Relationship Id="rId64" Type="http://schemas.openxmlformats.org/officeDocument/2006/relationships/image" Target="media/image56.png"/><Relationship Id="rId65" Type="http://schemas.openxmlformats.org/officeDocument/2006/relationships/image" Target="media/image57.png"/><Relationship Id="rId66" Type="http://schemas.openxmlformats.org/officeDocument/2006/relationships/image" Target="media/image58.png"/><Relationship Id="rId67" Type="http://schemas.openxmlformats.org/officeDocument/2006/relationships/image" Target="media/image59.png"/><Relationship Id="rId68" Type="http://schemas.openxmlformats.org/officeDocument/2006/relationships/image" Target="media/image60.png"/><Relationship Id="rId69" Type="http://schemas.openxmlformats.org/officeDocument/2006/relationships/image" Target="media/image61.png"/><Relationship Id="rId70" Type="http://schemas.openxmlformats.org/officeDocument/2006/relationships/image" Target="media/image62.png"/><Relationship Id="rId71" Type="http://schemas.openxmlformats.org/officeDocument/2006/relationships/image" Target="media/image63.png"/><Relationship Id="rId72" Type="http://schemas.openxmlformats.org/officeDocument/2006/relationships/image" Target="media/image64.png"/><Relationship Id="rId73" Type="http://schemas.openxmlformats.org/officeDocument/2006/relationships/image" Target="media/image65.png"/><Relationship Id="rId74" Type="http://schemas.openxmlformats.org/officeDocument/2006/relationships/image" Target="media/image66.png"/><Relationship Id="rId75" Type="http://schemas.openxmlformats.org/officeDocument/2006/relationships/image" Target="media/image67.png"/><Relationship Id="rId76" Type="http://schemas.openxmlformats.org/officeDocument/2006/relationships/image" Target="media/image68.png"/><Relationship Id="rId77" Type="http://schemas.openxmlformats.org/officeDocument/2006/relationships/image" Target="media/image69.png"/><Relationship Id="rId78" Type="http://schemas.openxmlformats.org/officeDocument/2006/relationships/image" Target="media/image70.png"/><Relationship Id="rId79" Type="http://schemas.openxmlformats.org/officeDocument/2006/relationships/image" Target="media/image71.png"/><Relationship Id="rId80" Type="http://schemas.openxmlformats.org/officeDocument/2006/relationships/image" Target="media/image72.png"/><Relationship Id="rId81" Type="http://schemas.openxmlformats.org/officeDocument/2006/relationships/image" Target="media/image73.png"/><Relationship Id="rId82" Type="http://schemas.openxmlformats.org/officeDocument/2006/relationships/image" Target="media/image74.png"/><Relationship Id="rId83" Type="http://schemas.openxmlformats.org/officeDocument/2006/relationships/image" Target="media/image75.png"/><Relationship Id="rId84" Type="http://schemas.openxmlformats.org/officeDocument/2006/relationships/image" Target="media/image76.png"/><Relationship Id="rId85" Type="http://schemas.openxmlformats.org/officeDocument/2006/relationships/image" Target="media/image77.png"/><Relationship Id="rId86" Type="http://schemas.openxmlformats.org/officeDocument/2006/relationships/image" Target="media/image78.png"/><Relationship Id="rId87" Type="http://schemas.openxmlformats.org/officeDocument/2006/relationships/image" Target="media/image79.png"/><Relationship Id="rId88" Type="http://schemas.openxmlformats.org/officeDocument/2006/relationships/image" Target="media/image80.png"/><Relationship Id="rId89" Type="http://schemas.openxmlformats.org/officeDocument/2006/relationships/image" Target="media/image81.png"/><Relationship Id="rId90" Type="http://schemas.openxmlformats.org/officeDocument/2006/relationships/image" Target="media/image82.png"/><Relationship Id="rId91" Type="http://schemas.openxmlformats.org/officeDocument/2006/relationships/image" Target="media/image83.png"/><Relationship Id="rId92" Type="http://schemas.openxmlformats.org/officeDocument/2006/relationships/image" Target="media/image84.png"/><Relationship Id="rId93" Type="http://schemas.openxmlformats.org/officeDocument/2006/relationships/image" Target="media/image85.png"/><Relationship Id="rId94" Type="http://schemas.openxmlformats.org/officeDocument/2006/relationships/image" Target="media/image86.png"/><Relationship Id="rId95" Type="http://schemas.openxmlformats.org/officeDocument/2006/relationships/image" Target="media/image87.png"/><Relationship Id="rId96" Type="http://schemas.openxmlformats.org/officeDocument/2006/relationships/image" Target="media/image88.png"/><Relationship Id="rId97" Type="http://schemas.openxmlformats.org/officeDocument/2006/relationships/image" Target="media/image89.png"/><Relationship Id="rId98" Type="http://schemas.openxmlformats.org/officeDocument/2006/relationships/image" Target="media/image90.png"/><Relationship Id="rId99" Type="http://schemas.openxmlformats.org/officeDocument/2006/relationships/image" Target="media/image91.png"/><Relationship Id="rId100" Type="http://schemas.openxmlformats.org/officeDocument/2006/relationships/image" Target="media/image9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