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华电南苑天然气管道工程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报告编号：TMPL-20260713144103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004-2021标准，本次所检75道焊缝（2至相控阵超声图）中，75道评定为I级（无缺陷），结论为合格；结论均为合格。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华电南苑位于莲池区西关办事处，始建于1999年，户外燃气管道焊缝共计106道。现对其部分焊缝进行抽检，抽检数量74道，抽检部位见附页。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华电南苑户外燃气管道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5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71241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18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报告编号：TMPL-20260713144103</w:t>
      </w:r>
    </w:p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l0x8qiz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1g3ejt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nvm58c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rblxo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7kswzd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ph5qnmo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meiita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hbmmbmm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93_tvc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6s6lodh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odyx2m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l47yh2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c9wmmpb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127</w:t>
      </w:r>
    </w:p>
    <w:p/>
    <w:p>
      <w:r>
        <w:rPr>
          <w:b/>
          <w:sz w:val="22"/>
        </w:rPr>
        <w:t>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6qt2yw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472siva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1g3ejt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kjm8b0i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110</w:t>
      </w:r>
    </w:p>
    <w:p/>
    <w:p>
      <w:r>
        <w:rPr>
          <w:b/>
          <w:sz w:val="22"/>
        </w:rPr>
        <w:t>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1g3ejt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e26r_bv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117</w:t>
      </w:r>
    </w:p>
    <w:p/>
    <w:p>
      <w:r>
        <w:rPr>
          <w:b/>
          <w:sz w:val="22"/>
        </w:rPr>
        <w:t>122</w:t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nvm58c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/>
    <w:p>
      <w:r>
        <w:rPr>
          <w:b/>
          <w:sz w:val="22"/>
        </w:rPr>
        <w:t>28</w:t>
      </w:r>
    </w:p>
    <w:p/>
    <w:p>
      <w:r>
        <w:rPr>
          <w:b/>
          <w:sz w:val="22"/>
        </w:rPr>
        <w:t>34</w:t>
      </w:r>
    </w:p>
    <w:p/>
    <w:p>
      <w:r>
        <w:rPr>
          <w:b/>
          <w:sz w:val="22"/>
        </w:rPr>
        <w:t>49</w:t>
      </w:r>
    </w:p>
    <w:p/>
    <w:p>
      <w:r>
        <w:rPr>
          <w:b/>
          <w:sz w:val="22"/>
        </w:rPr>
        <w:t>55</w:t>
      </w:r>
    </w:p>
    <w:p/>
    <w:p>
      <w:r>
        <w:rPr>
          <w:b/>
          <w:sz w:val="22"/>
        </w:rPr>
        <w:t>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1g3ejt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112</w:t>
      </w:r>
    </w:p>
    <w:p/>
    <w:p>
      <w:r>
        <w:rPr>
          <w:b/>
          <w:sz w:val="22"/>
        </w:rPr>
        <w:t>109</w:t>
      </w:r>
    </w:p>
    <w:p/>
    <w:p>
      <w:r>
        <w:rPr>
          <w:b/>
          <w:sz w:val="22"/>
        </w:rPr>
        <w:t>106</w:t>
      </w:r>
    </w:p>
    <w:p/>
    <w:p>
      <w:r>
        <w:rPr>
          <w:b/>
          <w:sz w:val="22"/>
        </w:rPr>
        <w:t>97</w:t>
      </w:r>
    </w:p>
    <w:p/>
    <w:p>
      <w:r>
        <w:rPr>
          <w:b/>
          <w:sz w:val="22"/>
        </w:rPr>
        <w:t>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88airuy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/>
    <w:p>
      <w:r>
        <w:rPr>
          <w:b/>
          <w:sz w:val="22"/>
        </w:rPr>
        <w:t>70</w:t>
      </w:r>
    </w:p>
    <w:p/>
    <w:p>
      <w:r>
        <w:rPr>
          <w:b/>
          <w:sz w:val="22"/>
        </w:rPr>
        <w:t>69</w:t>
      </w:r>
    </w:p>
    <w:p/>
    <w:p>
      <w:r>
        <w:rPr>
          <w:b/>
          <w:sz w:val="22"/>
        </w:rPr>
        <w:t>120</w:t>
      </w:r>
    </w:p>
    <w:p/>
    <w:p>
      <w:r>
        <w:rPr>
          <w:b/>
          <w:sz w:val="22"/>
        </w:rPr>
        <w:t>123</w:t>
      </w:r>
    </w:p>
    <w:p/>
    <w:p>
      <w:r>
        <w:rPr>
          <w:b/>
          <w:sz w:val="22"/>
        </w:rPr>
        <w:t>124</w:t>
      </w:r>
    </w:p>
    <w:p/>
    <w:p>
      <w:r>
        <w:rPr>
          <w:b/>
          <w:sz w:val="22"/>
        </w:rPr>
        <w:t>127</w:t>
      </w:r>
    </w:p>
    <w:p/>
    <w:p>
      <w:r>
        <w:rPr>
          <w:b/>
          <w:sz w:val="22"/>
        </w:rPr>
        <w:t>130</w:t>
      </w:r>
    </w:p>
    <w:p/>
    <w:p>
      <w:r>
        <w:rPr>
          <w:b/>
          <w:sz w:val="22"/>
        </w:rPr>
        <w:t>135</w:t>
      </w:r>
    </w:p>
    <w:p/>
    <w:p>
      <w:r>
        <w:rPr>
          <w:b/>
          <w:sz w:val="22"/>
        </w:rPr>
        <w:t>142</w:t>
      </w:r>
    </w:p>
    <w:p/>
    <w:p>
      <w:r>
        <w:rPr>
          <w:b/>
          <w:sz w:val="22"/>
        </w:rPr>
        <w:t>149</w:t>
      </w:r>
    </w:p>
    <w:p/>
    <w:p>
      <w:r>
        <w:rPr>
          <w:b/>
          <w:sz w:val="22"/>
        </w:rPr>
        <w:t>160</w:t>
      </w:r>
    </w:p>
    <w:p/>
    <w:p>
      <w:r>
        <w:rPr>
          <w:b/>
          <w:sz w:val="22"/>
        </w:rPr>
        <w:t>228</w:t>
      </w:r>
    </w:p>
    <w:p/>
    <w:p>
      <w:r>
        <w:rPr>
          <w:b/>
          <w:sz w:val="22"/>
        </w:rPr>
        <w:t>226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bhjbjz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222</w:t>
      </w:r>
    </w:p>
    <w:p/>
    <w:p>
      <w:r>
        <w:rPr>
          <w:b/>
          <w:sz w:val="22"/>
        </w:rPr>
        <w:t>219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2f1qe1r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211</w:t>
      </w:r>
    </w:p>
    <w:p/>
    <w:p>
      <w:r>
        <w:rPr>
          <w:b/>
          <w:sz w:val="22"/>
        </w:rPr>
        <w:t>199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rykfxzz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190</w:t>
      </w:r>
    </w:p>
    <w:p/>
    <w:p>
      <w:r>
        <w:rPr>
          <w:b/>
          <w:sz w:val="22"/>
        </w:rPr>
        <w:t>233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3dzt3cr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230</w:t>
      </w:r>
    </w:p>
    <w:p/>
    <w:p>
      <w:r>
        <w:rPr>
          <w:b/>
          <w:sz w:val="22"/>
        </w:rPr>
        <w:t>240</w:t>
      </w:r>
    </w:p>
    <w:p/>
    <w:p>
      <w:r>
        <w:rPr>
          <w:b/>
          <w:sz w:val="22"/>
        </w:rPr>
        <w:t>243</w:t>
      </w:r>
    </w:p>
    <w:p/>
    <w:p>
      <w:r>
        <w:rPr>
          <w:b/>
          <w:sz w:val="22"/>
        </w:rPr>
        <w:t>247</w:t>
      </w:r>
    </w:p>
    <w:p/>
    <w:p>
      <w:r>
        <w:rPr>
          <w:b/>
          <w:sz w:val="22"/>
        </w:rPr>
        <w:t>251</w:t>
      </w:r>
    </w:p>
    <w:p/>
    <w:p>
      <w:r>
        <w:rPr>
          <w:b/>
          <w:sz w:val="22"/>
        </w:rPr>
        <w:t>253</w:t>
      </w:r>
    </w:p>
    <w:p/>
    <w:p>
      <w:r>
        <w:rPr>
          <w:b/>
          <w:sz w:val="22"/>
        </w:rPr>
        <w:t>277</w:t>
      </w:r>
    </w:p>
    <w:p/>
    <w:p>
      <w:r>
        <w:rPr>
          <w:b/>
          <w:sz w:val="22"/>
        </w:rPr>
        <w:t>283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9_4fw0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2f1qe1r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cnwkfhr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rykfxzz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u1gorrm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3dzt3cr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rdrdp5g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8exmy5t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ah8dj66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07hof6r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xo5j3i1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1px7220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