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南大园乡政府宿舍天然气管道工程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报告编号：TMPL-20260713145645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004-2021标准，本次所检8道焊缝（7至相控阵超声图）中，8道评定为I级（无缺陷），结论为合格；结论均为合格。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南大园乡政府宿舍位于莲池区南大园乡，始建于1992年，户外燃气管道焊缝共计30道。现对其部分焊缝进行抽检，抽检数量7道，抽检部位见附页。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南大园乡政府宿舍户外燃气管道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报告编号：TMPL-20260713145645</w:t>
      </w:r>
    </w:p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v50sn1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r06qy2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kkqxmc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irzqhl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hxyyqy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d_d4lsv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oha_44u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相控阵超声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