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南奇信用社天然气管道工程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报告编号：TMPL-20260713150405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004-2021标准，本次所检5道焊缝（9至相控阵超声图）中，5道评定为I级（无缺陷），结论为合格；结论均为合格。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南奇信用社位于竞秀区新市场街道办，始建于1994年，户外燃气管道焊缝共计22道。现对其部分焊缝进行抽检，抽检数量4道，抽检部位见附页。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南奇信用社户外燃气管道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报告编号：TMPL-20260713150405</w:t>
      </w:r>
    </w:p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xnkmza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3s6o24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dd9twk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nguwk2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