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报告编号：TMPL-20260715142145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本次未录入检测数据。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2026年7月15日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五金宿舍户外燃气管道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