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保液宿舍天然气管道工程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报告编号：TMPL-20260715142915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本次未录入检测数据。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2026年7月15日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保液宿舍位于莲池区联盟路，始建于1995年 ，户外燃气管道焊缝共计247道。现对其部分焊缝进行抽检，抽检数量74道，抽检部位见附页。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五金宿舍户外燃气管道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0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p/>
    <w:p>
      <w:r>
        <w:rPr>
          <w:sz w:val="20"/>
        </w:rPr>
        <w:t>检测人：孔繁奇 / PAUT-II级    审核人：李冠杨 / PAUT-III级    批准人：杨欣然 / PAUT-III级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