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132处宿舍片区天然气管道工程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报告编号：TMPL-20260716042945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004-2021标准，本次所检47道焊缝（焊缝-73至相控阵超声图）中，47道评定为I级（无缺陷），结论为合格；结论均为合格。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132处宿舍片区（132处宿舍、市直40、42号楼）燃气管道改造位于竞秀区先锋街道办，始建于1992年，户外燃气管道焊缝共计130道。现对其部分焊缝进行抽检，抽检数量46道，抽检部位见附页。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132处宿舍片区户外燃气管道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47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报告编号：TMPL-20260716042945</w:t>
      </w:r>
    </w:p>
    <w:p>
      <w:r>
        <w:rPr>
          <w:b/>
          <w:sz w:val="22"/>
        </w:rPr>
        <w:t>焊缝-73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aqvqbn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hqst_h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tsfpyf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32354_x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n7dmz0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qw8tilr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oi5gvy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rtefgkb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qw8tilr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oi5gvy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rtefgkb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d_5na7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4qfl2yh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hk9bhua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y3qk__u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d_5na7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4qfl2yh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hk9bhua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y3qk__u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ezmybr7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pjazfrv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fksso3v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ezmybr7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pjazfrv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fksso3v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25i8amk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8x1u5jp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aoo4qzh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68m_3xz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25i8amk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8x1u5jp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aoo4qzh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kmm0tm4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075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47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07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