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百花六中宿舍天然气管道工程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报告编号：TMPL-20260716045508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004-2021标准，本次所检25道焊缝（焊缝-70至相控阵超声图）中，25道评定为I级（无缺陷），结论为合格；结论均为合格。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百花六中宿舍燃气管道改造（百花小区北区）位于竞秀区东风街道办，始建于1996年，户外燃气管道焊缝共计141道。现对其部分焊缝进行抽检，抽检数量24道，抽检部位见附页。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百花六中宿舍户外燃气管道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6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67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报告编号：TMPL-20260716045508</w:t>
      </w:r>
    </w:p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vw38xo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admnvv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v71xj3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nco3gp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bawnt2h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b_uepgx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0hz0kl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v71xj3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nco3gp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bawnt2h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b_uepgx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0hz0kl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8lg7v3n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h6v6h5n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ql9cnpu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ti8li_q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8lg7v3n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h6v6h5n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8ixjb1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31902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3190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