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宝硕宿舍天然气管道工程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报告编号：TMPL-20260716050501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004-2021标准，本次所检113道焊缝（焊缝-38至相控阵超声图）中，113道评定为I级（无缺陷），结论为合格；结论均为合格。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宝硕宿舍燃气管道改造位于竞秀区韩北街道办，始建于1993年，户外燃气管道焊缝共计357道。现对其部分焊缝进行抽检，抽检数量112道，抽检部位见附页。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宝硕宿舍户外燃气管道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113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报告编号：TMPL-20260716050501</w:t>
      </w:r>
    </w:p>
    <w:p>
      <w:r>
        <w:rPr>
          <w:b/>
          <w:sz w:val="22"/>
        </w:rPr>
        <w:t>焊缝-38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48bkkux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5q9rjj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2po5zq5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3bi5j3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f2t8om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h_yoiolr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5q9rjj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2po5zq5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3bi5j3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f2t8om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h_yoiolr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e3jrabj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f7yx_ui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p0zxru8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e3jrabj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f7yx_ui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p0zxru8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lds56q8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v_b5kli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3ipb_d1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qs_e2zk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lds56q8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v_b5kli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3ipb_d1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qs_e2zk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992ulsa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2xbah2z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v1w1wr37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992ulsa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2xbah2z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v1w1wr37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cvopmth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8w4a7dd4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焊缝-131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mwaqs2d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焊缝-136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9x4_zsz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cvopmth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8w4a7dd4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mwaqs2d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9x4_zsz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c5goesi6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0sj132t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b0aeot8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dtx110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zk1547d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c5goesi6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0sj132t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焊缝-190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b0aeot8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焊缝-199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dtx110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zk1547d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sayer4k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sayer4k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wewr6mj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qe5vgbw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fo73rtb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uvs2uyn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wewr6mj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qe5vgbw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fo73rtb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uvs2uyn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wj6g31e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5lscfc7k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c9pfqbgl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焊缝-269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wj6g31e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焊缝-254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5lscfc7k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c9pfqbgl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2tutav2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uy4ee0kt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lneuba2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aba6cl0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usmpd4by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2tutav2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uy4ee0kt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lneuba2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aba6cl0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焊缝-308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usmpd4by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3u0bktgd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ndtxl8s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焊缝-331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106iludc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529406y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thpae8e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3u0bktgd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焊缝-368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ndtxl8s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381967"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113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3819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