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宝硕宿舍天然气管道工程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保定市住房和城乡建设局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中冀建设管理有限公司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保定新奥燃气有限公司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心地能源工程技术有限公司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报告编号：TMPL-20260716050501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004-2021标准，本次所检113道焊缝（焊缝-38至相控阵超声图）中，113道评定为I级（无缺陷），结论为合格；结论均为合格。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2026年7月16日</w:t>
      </w:r>
    </w:p>
    <w:p/>
    <w:p>
      <w:r>
        <w:rPr>
          <w:sz w:val="24"/>
        </w:rPr>
        <w:t>批准：杨欣然          审核：李冠杨          检测：孔繁奇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宝硕宿舍燃气管道改造位于竞秀区韩北街道办，始建于1993年，户外燃气管道焊缝共计357道。现对其部分焊缝进行抽检，抽检数量112道，抽检部位见附页。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受保定市住房和城乡建设局委托，对本工程采用相控阵超声检测管道焊缝质量。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NB/T 47013.15-2021《承压设备无损检测 相控阵超声检测》</w:t>
      </w:r>
    </w:p>
    <w:p>
      <w:pPr>
        <w:ind w:left="850"/>
      </w:pPr>
      <w:r>
        <w:rPr>
          <w:sz w:val="24"/>
        </w:rPr>
        <w:t>2. SY/T 6755-2024 《在役油气管道对接接头相控阵及多探头超声检测规范》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宝硕宿舍户外燃气管道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Q235B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Φ60mm-Φ150mm 壁厚4-6mm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管道外表面防锈漆完好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5639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eld_001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56392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依据NB/T 47013.15-2021《承压设备无损检测 相控阵超声检测》、SY/T 6755-2024 《在役油气管道对接接头相控阵及多探头超声检测规范》有关规定，现场采用相控阵超声检测方法对该工程燃气管道焊缝进行检测。该工程焊缝抽检数量共计113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焊缝-133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焊缝-149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焊缝-164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焊缝-238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焊缝-273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焊缝-254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焊缝-87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焊缝-75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焊缝-63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焊缝-47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焊缝-299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焊缝-315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焊缝-331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焊缝-342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焊缝-357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焊缝-368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相控阵超声图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>检测人：孔繁奇 / PAUT-II级    审核人：李冠杨 / PAUT-III级    批准人：杨欣然 / PAUT-III级</w:t>
      </w:r>
    </w:p>
    <w:p>
      <w:r>
        <w:br w:type="page"/>
      </w:r>
    </w:p>
    <w:p>
      <w:r>
        <w:rPr>
          <w:b/>
          <w:color w:val="1A1A2E"/>
          <w:sz w:val="32"/>
        </w:rPr>
        <w:t>附  图</w:t>
      </w:r>
    </w:p>
    <w:p>
      <w:r>
        <w:rPr>
          <w:color w:val="666666"/>
          <w:sz w:val="18"/>
        </w:rPr>
        <w:t>报告编号：TMPL-20260716050501</w:t>
      </w:r>
    </w:p>
    <w:p>
      <w:r>
        <w:rPr>
          <w:b/>
          <w:sz w:val="22"/>
        </w:rPr>
        <w:t>焊缝-38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a970utld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u0dlqo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3rhwz5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h86cw2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k058j0g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fqx6nt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u0dlqo2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3rhwz5p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h86cw2a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k058j0g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fqx6ntp.pn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ycbyzdi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ae44ue4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s26do0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hycbyzdi.pn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ae44ue4.pn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s26do0j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6h658hv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sz17pw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7h04v_v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0" name="Picture 3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1" name="Picture 3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f5gvhhn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2" name="Picture 3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6h658hv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3" name="Picture 3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sz17pw8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4" name="Picture 3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7h04v_v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5" name="Picture 3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6" name="Picture 3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f5gvhhn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7" name="Picture 3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s9iqsc7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8" name="Picture 3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xmjqrfh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39" name="Picture 3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0" name="Picture 4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e1_divk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1" name="Picture 4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2" name="Picture 4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s9iqsc7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3" name="Picture 4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ixmjqrfh.png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4" name="Picture 4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5" name="Picture 4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e1_divk.png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6" name="Picture 4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7" name="Picture 4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59pnmrr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8" name="Picture 4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hsob8u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49" name="Picture 4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0" name="Picture 5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_n4mknz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1" name="Picture 5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qnl7yrh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焊缝-133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2" name="Picture 5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k59pnmrr.png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3" name="Picture 5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hsob8ud.png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4" name="Picture 5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5" name="Picture 5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_n4mknz.png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6" name="Picture 5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7qnl7yrh.png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7" name="Picture 5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img601q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8" name="Picture 5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p9pv9dh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59" name="Picture 5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cp7824u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0" name="Picture 6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la3dpn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1" name="Picture 6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o9di81m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2" name="Picture 6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pimg601q.png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3" name="Picture 6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8p9pv9dh.png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4" name="Picture 6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cp7824u.png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5" name="Picture 6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la3dpne.png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6" name="Picture 6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o9di81m.png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7" name="Picture 6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8" name="Picture 6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69" name="Picture 6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焊缝-149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0" name="Picture 7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1" name="Picture 7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_cxhvn7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2" name="Picture 7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焊缝-164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3" name="Picture 7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4" name="Picture 7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5" name="Picture 7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焊缝-176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6" name="Picture 7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9_cxhvn7.png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焊缝-180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7" name="Picture 7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_x0sbp3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8" name="Picture 7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hewrv6_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79" name="Picture 7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3mgz1ou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0" name="Picture 8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y6vx31k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焊缝-209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1" name="Picture 8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2" name="Picture 8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f_x0sbp3.png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3" name="Picture 8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hewrv6_.png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4" name="Picture 8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3mgz1ou.png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5" name="Picture 8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uy6vx31k.png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焊缝-216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6" name="Picture 8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焊缝-228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7" name="Picture 8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_3liboa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8" name="Picture 8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89" name="Picture 8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焊缝-238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0" name="Picture 9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us8obhc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焊缝-273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1" name="Picture 9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24qis7w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2" name="Picture 9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m_3liboa.png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3" name="Picture 9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4" name="Picture 9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焊缝-254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5" name="Picture 9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us8obhc.png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焊缝-114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6" name="Picture 9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e24qis7w.png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焊缝-104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7" name="Picture 9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0iiwg3j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焊缝-87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8" name="Picture 9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u_4pg6c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焊缝-75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99" name="Picture 9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rjfalv0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lz0dds7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焊缝-63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1" name="Picture 10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1urdgxf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2" name="Picture 10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q0iiwg3j.png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焊缝-47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3" name="Picture 10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su_4pg6c.png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4" name="Picture 10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wrjfalv0.png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焊缝-299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5" name="Picture 10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zlz0dds7.png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焊缝-308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6" name="Picture 10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o1urdgxf.png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焊缝-315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7" name="Picture 10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5f9oqg8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焊缝-326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8" name="Picture 10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14jfio2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焊缝-331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09" name="Picture 10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lk9e1afa.png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焊缝-342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0" name="Picture 1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nn_byiaj.png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焊缝-353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1" name="Picture 1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g8jyevl9.png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焊缝-357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2" name="Picture 1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15f9oqg8.png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焊缝-368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3024000"/>
            <wp:docPr id="113" name="Picture 1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_14jfio2.png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3024000"/>
                    </a:xfrm>
                    <a:prstGeom prst="rect"/>
                  </pic:spPr>
                </pic:pic>
              </a:graphicData>
            </a:graphic>
          </wp:inline>
        </w:drawing>
      </w:r>
    </w:p>
    <w:p/>
    <w:p>
      <w:r>
        <w:rPr>
          <w:b/>
          <w:sz w:val="22"/>
        </w:rPr>
        <w:t>相控阵超声图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5040000" cy="6381967"/>
            <wp:docPr id="114" name="Picture 1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att_0113.png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040000" cy="6381967"/>
                    </a:xfrm>
                    <a:prstGeom prst="rect"/>
                  </pic:spPr>
                </pic:pic>
              </a:graphicData>
            </a:graphic>
          </wp:inline>
        </w:drawing>
      </w:r>
    </w:p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image" Target="media/image5.png"/><Relationship Id="rId14" Type="http://schemas.openxmlformats.org/officeDocument/2006/relationships/image" Target="media/image6.png"/><Relationship Id="rId15" Type="http://schemas.openxmlformats.org/officeDocument/2006/relationships/image" Target="media/image7.png"/><Relationship Id="rId16" Type="http://schemas.openxmlformats.org/officeDocument/2006/relationships/image" Target="media/image8.png"/><Relationship Id="rId17" Type="http://schemas.openxmlformats.org/officeDocument/2006/relationships/image" Target="media/image9.png"/><Relationship Id="rId18" Type="http://schemas.openxmlformats.org/officeDocument/2006/relationships/image" Target="media/image10.png"/><Relationship Id="rId19" Type="http://schemas.openxmlformats.org/officeDocument/2006/relationships/image" Target="media/image11.png"/><Relationship Id="rId20" Type="http://schemas.openxmlformats.org/officeDocument/2006/relationships/image" Target="media/image12.png"/><Relationship Id="rId21" Type="http://schemas.openxmlformats.org/officeDocument/2006/relationships/image" Target="media/image13.png"/><Relationship Id="rId22" Type="http://schemas.openxmlformats.org/officeDocument/2006/relationships/image" Target="media/image14.png"/><Relationship Id="rId23" Type="http://schemas.openxmlformats.org/officeDocument/2006/relationships/image" Target="media/image15.png"/><Relationship Id="rId24" Type="http://schemas.openxmlformats.org/officeDocument/2006/relationships/image" Target="media/image16.png"/><Relationship Id="rId25" Type="http://schemas.openxmlformats.org/officeDocument/2006/relationships/image" Target="media/image17.png"/><Relationship Id="rId26" Type="http://schemas.openxmlformats.org/officeDocument/2006/relationships/image" Target="media/image18.png"/><Relationship Id="rId27" Type="http://schemas.openxmlformats.org/officeDocument/2006/relationships/image" Target="media/image19.png"/><Relationship Id="rId28" Type="http://schemas.openxmlformats.org/officeDocument/2006/relationships/image" Target="media/image20.png"/><Relationship Id="rId29" Type="http://schemas.openxmlformats.org/officeDocument/2006/relationships/image" Target="media/image21.png"/><Relationship Id="rId30" Type="http://schemas.openxmlformats.org/officeDocument/2006/relationships/image" Target="media/image22.png"/><Relationship Id="rId31" Type="http://schemas.openxmlformats.org/officeDocument/2006/relationships/image" Target="media/image23.png"/><Relationship Id="rId32" Type="http://schemas.openxmlformats.org/officeDocument/2006/relationships/image" Target="media/image24.png"/><Relationship Id="rId33" Type="http://schemas.openxmlformats.org/officeDocument/2006/relationships/image" Target="media/image25.png"/><Relationship Id="rId34" Type="http://schemas.openxmlformats.org/officeDocument/2006/relationships/image" Target="media/image26.png"/><Relationship Id="rId35" Type="http://schemas.openxmlformats.org/officeDocument/2006/relationships/image" Target="media/image27.png"/><Relationship Id="rId36" Type="http://schemas.openxmlformats.org/officeDocument/2006/relationships/image" Target="media/image28.png"/><Relationship Id="rId37" Type="http://schemas.openxmlformats.org/officeDocument/2006/relationships/image" Target="media/image29.png"/><Relationship Id="rId38" Type="http://schemas.openxmlformats.org/officeDocument/2006/relationships/image" Target="media/image30.png"/><Relationship Id="rId39" Type="http://schemas.openxmlformats.org/officeDocument/2006/relationships/image" Target="media/image31.png"/><Relationship Id="rId40" Type="http://schemas.openxmlformats.org/officeDocument/2006/relationships/image" Target="media/image32.png"/><Relationship Id="rId41" Type="http://schemas.openxmlformats.org/officeDocument/2006/relationships/image" Target="media/image33.png"/><Relationship Id="rId42" Type="http://schemas.openxmlformats.org/officeDocument/2006/relationships/image" Target="media/image34.png"/><Relationship Id="rId43" Type="http://schemas.openxmlformats.org/officeDocument/2006/relationships/image" Target="media/image35.png"/><Relationship Id="rId44" Type="http://schemas.openxmlformats.org/officeDocument/2006/relationships/image" Target="media/image36.png"/><Relationship Id="rId45" Type="http://schemas.openxmlformats.org/officeDocument/2006/relationships/image" Target="media/image37.png"/><Relationship Id="rId46" Type="http://schemas.openxmlformats.org/officeDocument/2006/relationships/image" Target="media/image38.png"/><Relationship Id="rId47" Type="http://schemas.openxmlformats.org/officeDocument/2006/relationships/image" Target="media/image39.png"/><Relationship Id="rId48" Type="http://schemas.openxmlformats.org/officeDocument/2006/relationships/image" Target="media/image40.png"/><Relationship Id="rId49" Type="http://schemas.openxmlformats.org/officeDocument/2006/relationships/image" Target="media/image41.png"/><Relationship Id="rId50" Type="http://schemas.openxmlformats.org/officeDocument/2006/relationships/image" Target="media/image42.png"/><Relationship Id="rId51" Type="http://schemas.openxmlformats.org/officeDocument/2006/relationships/image" Target="media/image43.png"/><Relationship Id="rId52" Type="http://schemas.openxmlformats.org/officeDocument/2006/relationships/image" Target="media/image44.png"/><Relationship Id="rId53" Type="http://schemas.openxmlformats.org/officeDocument/2006/relationships/image" Target="media/image45.png"/><Relationship Id="rId54" Type="http://schemas.openxmlformats.org/officeDocument/2006/relationships/image" Target="media/image46.png"/><Relationship Id="rId55" Type="http://schemas.openxmlformats.org/officeDocument/2006/relationships/image" Target="media/image47.png"/><Relationship Id="rId56" Type="http://schemas.openxmlformats.org/officeDocument/2006/relationships/image" Target="media/image48.png"/><Relationship Id="rId57" Type="http://schemas.openxmlformats.org/officeDocument/2006/relationships/image" Target="media/image49.png"/><Relationship Id="rId58" Type="http://schemas.openxmlformats.org/officeDocument/2006/relationships/image" Target="media/image50.png"/><Relationship Id="rId59" Type="http://schemas.openxmlformats.org/officeDocument/2006/relationships/image" Target="media/image51.png"/><Relationship Id="rId60" Type="http://schemas.openxmlformats.org/officeDocument/2006/relationships/image" Target="media/image52.png"/><Relationship Id="rId61" Type="http://schemas.openxmlformats.org/officeDocument/2006/relationships/image" Target="media/image53.png"/><Relationship Id="rId62" Type="http://schemas.openxmlformats.org/officeDocument/2006/relationships/image" Target="media/image54.png"/><Relationship Id="rId63" Type="http://schemas.openxmlformats.org/officeDocument/2006/relationships/image" Target="media/image55.png"/><Relationship Id="rId64" Type="http://schemas.openxmlformats.org/officeDocument/2006/relationships/image" Target="media/image56.png"/><Relationship Id="rId65" Type="http://schemas.openxmlformats.org/officeDocument/2006/relationships/image" Target="media/image57.png"/><Relationship Id="rId66" Type="http://schemas.openxmlformats.org/officeDocument/2006/relationships/image" Target="media/image58.png"/><Relationship Id="rId67" Type="http://schemas.openxmlformats.org/officeDocument/2006/relationships/image" Target="media/image59.png"/><Relationship Id="rId68" Type="http://schemas.openxmlformats.org/officeDocument/2006/relationships/image" Target="media/image60.png"/><Relationship Id="rId69" Type="http://schemas.openxmlformats.org/officeDocument/2006/relationships/image" Target="media/image61.png"/><Relationship Id="rId70" Type="http://schemas.openxmlformats.org/officeDocument/2006/relationships/image" Target="media/image6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