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道桥胡同3号天然气管道工程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报告编号：TMPL-20260716060629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004-2021标准，本次所检28道焊缝（焊缝-4至相控阵超声图）中，28道评定为I级（无缺陷），结论为合格；结论均为合格。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道桥胡同3号位于莲池区东风街道办，始建于1996年，户外燃气管道焊缝共计102道。现对其部分焊缝进行抽检，抽检数量27道，抽检部位见附页。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道桥胡同3号户外燃气管道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报告编号：TMPL-20260716060629</w:t>
      </w:r>
    </w:p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gsvjtt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ck9asu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lnsc1c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jn1r44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4vzk_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h68f4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6nr9gl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jn1r44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4vzk_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ch68f4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6nr9gl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goixt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wnrmpu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1701q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hnwt3dv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ja7vsza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goixt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wnrmpu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1701qh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hnwt3dv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7vz1r6d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